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BD4E25" w14:textId="77777777" w:rsidR="0034232A" w:rsidRDefault="00000000">
      <w:pPr>
        <w:pStyle w:val="Title"/>
      </w:pPr>
      <w:r>
        <w:t>Louisiana Home Starts Here Program Loan Officer Directory</w:t>
      </w:r>
    </w:p>
    <w:p w14:paraId="396BA600" w14:textId="77777777" w:rsidR="0034232A" w:rsidRDefault="00000000">
      <w:pPr>
        <w:keepNext/>
        <w:spacing w:after="200"/>
      </w:pPr>
      <w:r>
        <w:rPr>
          <w:color w:val="000000"/>
        </w:rPr>
        <w:t>Sept. 28, 2026</w:t>
      </w:r>
    </w:p>
    <w:tbl>
      <w:tblPr>
        <w:tblW w:w="1404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5" w:type="dxa"/>
          <w:left w:w="80" w:type="dxa"/>
          <w:bottom w:w="85" w:type="dxa"/>
          <w:right w:w="80" w:type="dxa"/>
        </w:tblCellMar>
        <w:tblLook w:val="04A0" w:firstRow="1" w:lastRow="0" w:firstColumn="1" w:lastColumn="0" w:noHBand="0" w:noVBand="1"/>
      </w:tblPr>
      <w:tblGrid>
        <w:gridCol w:w="3240"/>
        <w:gridCol w:w="2952"/>
        <w:gridCol w:w="2016"/>
        <w:gridCol w:w="5832"/>
      </w:tblGrid>
      <w:tr w:rsidR="0034232A" w14:paraId="5365671F" w14:textId="77777777">
        <w:trPr>
          <w:cantSplit/>
          <w:tblHeader/>
          <w:jc w:val="center"/>
        </w:trPr>
        <w:tc>
          <w:tcPr>
            <w:tcW w:w="3240" w:type="dxa"/>
            <w:shd w:val="clear" w:color="auto" w:fill="17324D"/>
            <w:vAlign w:val="center"/>
          </w:tcPr>
          <w:p w14:paraId="71CC2F8E" w14:textId="77777777" w:rsidR="0034232A" w:rsidRDefault="00000000">
            <w:pPr>
              <w:keepLines/>
              <w:jc w:val="center"/>
            </w:pPr>
            <w:r>
              <w:rPr>
                <w:b/>
                <w:color w:val="FFFFFF"/>
              </w:rPr>
              <w:t>Lender</w:t>
            </w:r>
          </w:p>
        </w:tc>
        <w:tc>
          <w:tcPr>
            <w:tcW w:w="2952" w:type="dxa"/>
            <w:shd w:val="clear" w:color="auto" w:fill="17324D"/>
            <w:vAlign w:val="center"/>
          </w:tcPr>
          <w:p w14:paraId="41494775" w14:textId="77777777" w:rsidR="0034232A" w:rsidRDefault="00000000">
            <w:pPr>
              <w:keepLines/>
              <w:jc w:val="center"/>
            </w:pPr>
            <w:r>
              <w:rPr>
                <w:b/>
                <w:color w:val="FFFFFF"/>
              </w:rPr>
              <w:t>Loan Officer</w:t>
            </w:r>
          </w:p>
        </w:tc>
        <w:tc>
          <w:tcPr>
            <w:tcW w:w="2016" w:type="dxa"/>
            <w:shd w:val="clear" w:color="auto" w:fill="17324D"/>
            <w:vAlign w:val="center"/>
          </w:tcPr>
          <w:p w14:paraId="33472A7F" w14:textId="77777777" w:rsidR="0034232A" w:rsidRDefault="00000000">
            <w:pPr>
              <w:keepLines/>
              <w:jc w:val="center"/>
            </w:pPr>
            <w:r>
              <w:rPr>
                <w:b/>
                <w:color w:val="FFFFFF"/>
              </w:rPr>
              <w:t>Location</w:t>
            </w:r>
          </w:p>
        </w:tc>
        <w:tc>
          <w:tcPr>
            <w:tcW w:w="5832" w:type="dxa"/>
            <w:shd w:val="clear" w:color="auto" w:fill="17324D"/>
            <w:vAlign w:val="center"/>
          </w:tcPr>
          <w:p w14:paraId="4C361F8E" w14:textId="77777777" w:rsidR="0034232A" w:rsidRDefault="00000000">
            <w:pPr>
              <w:keepLines/>
              <w:jc w:val="center"/>
            </w:pPr>
            <w:r>
              <w:rPr>
                <w:b/>
                <w:color w:val="FFFFFF"/>
              </w:rPr>
              <w:t>Contact</w:t>
            </w:r>
          </w:p>
        </w:tc>
      </w:tr>
      <w:tr w:rsidR="0034232A" w14:paraId="13B7CC71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7431F69C" w14:textId="77777777" w:rsidR="0034232A" w:rsidRDefault="00000000">
            <w:pPr>
              <w:keepLines/>
            </w:pPr>
            <w:r>
              <w:t>Affordable Mortgage Advisors, LLC (tradename HMA Mortgage)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BCEC385" w14:textId="77777777" w:rsidR="0034232A" w:rsidRDefault="00000000">
            <w:pPr>
              <w:keepLines/>
            </w:pPr>
            <w:r>
              <w:rPr>
                <w:b/>
              </w:rPr>
              <w:t>Jolie Wilding</w:t>
            </w:r>
            <w:r>
              <w:br/>
              <w:t>NMLS ID 79140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062FA11B" w14:textId="77777777" w:rsidR="0034232A" w:rsidRDefault="00000000">
            <w:pPr>
              <w:keepLines/>
            </w:pPr>
            <w:r>
              <w:t>Pittsburgh, PA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C444FD7" w14:textId="77777777" w:rsidR="0034232A" w:rsidRDefault="00000000">
            <w:pPr>
              <w:keepLines/>
            </w:pPr>
            <w:r>
              <w:t>(228) 547-2427</w:t>
            </w:r>
            <w:r>
              <w:br/>
              <w:t>jwilding@hmamortgage.com</w:t>
            </w:r>
          </w:p>
        </w:tc>
      </w:tr>
      <w:tr w:rsidR="0034232A" w14:paraId="302DFB0F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0D2ABCBB" w14:textId="77777777" w:rsidR="0034232A" w:rsidRDefault="00000000">
            <w:pPr>
              <w:keepLines/>
            </w:pPr>
            <w:r>
              <w:t>Assurance Financial Group,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3B9715D2" w14:textId="77777777" w:rsidR="0034232A" w:rsidRDefault="00000000">
            <w:pPr>
              <w:keepLines/>
            </w:pPr>
            <w:r>
              <w:rPr>
                <w:b/>
              </w:rPr>
              <w:t>Courtney Arceneaux</w:t>
            </w:r>
            <w:r>
              <w:br/>
              <w:t>NMLS ID 829307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2E2CE27F" w14:textId="77777777" w:rsidR="0034232A" w:rsidRDefault="00000000">
            <w:pPr>
              <w:keepLines/>
            </w:pPr>
            <w:r>
              <w:t>Bourg,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0AF9E760" w14:textId="77777777" w:rsidR="0034232A" w:rsidRDefault="00000000">
            <w:pPr>
              <w:keepLines/>
            </w:pPr>
            <w:r>
              <w:t>(985) 860-3371</w:t>
            </w:r>
            <w:r>
              <w:br/>
              <w:t>carceneaux@assurancemortgage.com</w:t>
            </w:r>
          </w:p>
        </w:tc>
      </w:tr>
      <w:tr w:rsidR="0034232A" w14:paraId="32D5C313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6F05363A" w14:textId="77777777" w:rsidR="0034232A" w:rsidRDefault="00000000">
            <w:pPr>
              <w:keepLines/>
            </w:pPr>
            <w:r>
              <w:t>Assurance Financial Group,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5FE4FB9" w14:textId="77777777" w:rsidR="0034232A" w:rsidRDefault="00000000">
            <w:pPr>
              <w:keepLines/>
            </w:pPr>
            <w:r>
              <w:rPr>
                <w:b/>
              </w:rPr>
              <w:t>Cami Bonvillain</w:t>
            </w:r>
            <w:r>
              <w:br/>
              <w:t>NMLS ID 2726787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78454166" w14:textId="77777777" w:rsidR="0034232A" w:rsidRDefault="00000000">
            <w:pPr>
              <w:keepLines/>
            </w:pPr>
            <w:r>
              <w:t>Houma,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3EAD40D" w14:textId="77777777" w:rsidR="0034232A" w:rsidRDefault="00000000">
            <w:pPr>
              <w:keepLines/>
            </w:pPr>
            <w:r>
              <w:t>(210) 763-0692</w:t>
            </w:r>
            <w:r>
              <w:br/>
              <w:t>cbonvillain@assurancemortgage.com</w:t>
            </w:r>
          </w:p>
        </w:tc>
      </w:tr>
      <w:tr w:rsidR="0034232A" w14:paraId="5C70BF28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4DA98D43" w14:textId="77777777" w:rsidR="0034232A" w:rsidRDefault="00000000">
            <w:pPr>
              <w:keepLines/>
            </w:pPr>
            <w:r>
              <w:t>Assurance Financial Group,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7C9D299D" w14:textId="77777777" w:rsidR="0034232A" w:rsidRDefault="00000000">
            <w:pPr>
              <w:keepLines/>
            </w:pPr>
            <w:r>
              <w:rPr>
                <w:b/>
              </w:rPr>
              <w:t>Kelsy Crochet</w:t>
            </w:r>
            <w:r>
              <w:br/>
              <w:t>NMLS ID 1408405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345269EA" w14:textId="77777777" w:rsidR="0034232A" w:rsidRDefault="00000000">
            <w:pPr>
              <w:keepLines/>
            </w:pPr>
            <w:r>
              <w:t>Houma,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58B615D7" w14:textId="77777777" w:rsidR="0034232A" w:rsidRDefault="00000000">
            <w:pPr>
              <w:keepLines/>
            </w:pPr>
            <w:r>
              <w:t>(985) 856-1316</w:t>
            </w:r>
            <w:r>
              <w:br/>
              <w:t>kcrochet@assurancemortgage.com</w:t>
            </w:r>
          </w:p>
        </w:tc>
      </w:tr>
      <w:tr w:rsidR="0034232A" w14:paraId="60B3F0CB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6C624A81" w14:textId="77777777" w:rsidR="0034232A" w:rsidRDefault="00000000">
            <w:pPr>
              <w:keepLines/>
            </w:pPr>
            <w:r>
              <w:t>Assurance Financial Group,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11D12310" w14:textId="77777777" w:rsidR="0034232A" w:rsidRDefault="00000000">
            <w:pPr>
              <w:keepLines/>
            </w:pPr>
            <w:r>
              <w:rPr>
                <w:b/>
              </w:rPr>
              <w:t>Marlee Duthu</w:t>
            </w:r>
            <w:r>
              <w:br/>
              <w:t>NMLS ID 932098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1F3ADB61" w14:textId="77777777" w:rsidR="0034232A" w:rsidRDefault="00000000">
            <w:pPr>
              <w:keepLines/>
            </w:pPr>
            <w:r>
              <w:t>Chauvin,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2FFEE56A" w14:textId="77777777" w:rsidR="0034232A" w:rsidRDefault="00000000">
            <w:pPr>
              <w:keepLines/>
            </w:pPr>
            <w:r>
              <w:t>(985) 856-1458</w:t>
            </w:r>
            <w:r>
              <w:br/>
              <w:t>mduthu@assurancemortgage.com</w:t>
            </w:r>
          </w:p>
        </w:tc>
      </w:tr>
      <w:tr w:rsidR="0034232A" w14:paraId="62607BFC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2297B0D" w14:textId="77777777" w:rsidR="0034232A" w:rsidRDefault="00000000">
            <w:pPr>
              <w:keepLines/>
            </w:pPr>
            <w:r>
              <w:t>Assurance Financial Group,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3C62A3B9" w14:textId="77777777" w:rsidR="0034232A" w:rsidRDefault="00000000">
            <w:pPr>
              <w:keepLines/>
            </w:pPr>
            <w:r>
              <w:rPr>
                <w:b/>
              </w:rPr>
              <w:t>Toni Freeman</w:t>
            </w:r>
            <w:r>
              <w:br/>
              <w:t>NMLS ID 104765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2F2FCFBE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58417634" w14:textId="77777777" w:rsidR="0034232A" w:rsidRDefault="00000000">
            <w:pPr>
              <w:keepLines/>
            </w:pPr>
            <w:r>
              <w:t>(225) 239-7150</w:t>
            </w:r>
            <w:r>
              <w:br/>
              <w:t>tfreeman@assurancemortgage.com</w:t>
            </w:r>
          </w:p>
        </w:tc>
      </w:tr>
      <w:tr w:rsidR="0034232A" w14:paraId="32DCCA8C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A815D3F" w14:textId="77777777" w:rsidR="0034232A" w:rsidRDefault="00000000">
            <w:pPr>
              <w:keepLines/>
            </w:pPr>
            <w:r>
              <w:t>Assurance Financial Group,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FE3068A" w14:textId="77777777" w:rsidR="0034232A" w:rsidRDefault="00000000">
            <w:pPr>
              <w:keepLines/>
            </w:pPr>
            <w:r>
              <w:rPr>
                <w:b/>
              </w:rPr>
              <w:t>Brian Hanchey</w:t>
            </w:r>
            <w:r>
              <w:br/>
              <w:t>NMLS ID 116522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037EAF02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2E0C8F28" w14:textId="77777777" w:rsidR="0034232A" w:rsidRDefault="00000000">
            <w:pPr>
              <w:keepLines/>
            </w:pPr>
            <w:r>
              <w:t>(225) 572-2131</w:t>
            </w:r>
            <w:r>
              <w:br/>
              <w:t>bhanchey@assurancemortgage.com</w:t>
            </w:r>
          </w:p>
        </w:tc>
      </w:tr>
      <w:tr w:rsidR="0034232A" w14:paraId="564B1FFB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5B532E9B" w14:textId="77777777" w:rsidR="0034232A" w:rsidRDefault="00000000">
            <w:pPr>
              <w:keepLines/>
            </w:pPr>
            <w:r>
              <w:t>Assurance Financial Group,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212FD0AB" w14:textId="77777777" w:rsidR="0034232A" w:rsidRDefault="00000000">
            <w:pPr>
              <w:keepLines/>
            </w:pPr>
            <w:r>
              <w:rPr>
                <w:b/>
              </w:rPr>
              <w:t>Hanna Jeansonne</w:t>
            </w:r>
            <w:r>
              <w:br/>
              <w:t>NMLS ID 1111173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4264FA3A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6E04F33" w14:textId="77777777" w:rsidR="0034232A" w:rsidRDefault="00000000">
            <w:pPr>
              <w:keepLines/>
            </w:pPr>
            <w:r>
              <w:t>(225) 485-9442</w:t>
            </w:r>
            <w:r>
              <w:br/>
              <w:t>hjeansonne@assurancemortgage.com</w:t>
            </w:r>
          </w:p>
        </w:tc>
      </w:tr>
      <w:tr w:rsidR="0034232A" w14:paraId="48710EBC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1B16D2D4" w14:textId="77777777" w:rsidR="0034232A" w:rsidRDefault="00000000">
            <w:pPr>
              <w:keepLines/>
            </w:pPr>
            <w:r>
              <w:t>Assurance Financial Group,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55A2BF0B" w14:textId="77777777" w:rsidR="0034232A" w:rsidRDefault="00000000">
            <w:pPr>
              <w:keepLines/>
            </w:pPr>
            <w:r>
              <w:rPr>
                <w:b/>
              </w:rPr>
              <w:t>Rob Stewart</w:t>
            </w:r>
            <w:r>
              <w:br/>
              <w:t>NMLS ID 1693716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5F87F365" w14:textId="77777777" w:rsidR="0034232A" w:rsidRDefault="00000000">
            <w:pPr>
              <w:keepLines/>
            </w:pPr>
            <w:r>
              <w:t>Lafayette,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7D9140D4" w14:textId="77777777" w:rsidR="0034232A" w:rsidRDefault="00000000">
            <w:pPr>
              <w:keepLines/>
            </w:pPr>
            <w:r>
              <w:t>(337) 456-8755</w:t>
            </w:r>
            <w:r>
              <w:br/>
              <w:t>rstewart@assurancemortgage.com</w:t>
            </w:r>
          </w:p>
        </w:tc>
      </w:tr>
      <w:tr w:rsidR="0034232A" w14:paraId="29DFC9B5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344F16BE" w14:textId="77777777" w:rsidR="0034232A" w:rsidRDefault="00000000">
            <w:pPr>
              <w:keepLines/>
            </w:pPr>
            <w:r>
              <w:t>Assurance Financial Group,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592845B2" w14:textId="77777777" w:rsidR="0034232A" w:rsidRDefault="00000000">
            <w:pPr>
              <w:keepLines/>
            </w:pPr>
            <w:r>
              <w:rPr>
                <w:b/>
              </w:rPr>
              <w:t>Lauren Tylock</w:t>
            </w:r>
            <w:r>
              <w:br/>
              <w:t>NMLS ID 616874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7906B339" w14:textId="77777777" w:rsidR="0034232A" w:rsidRDefault="00000000">
            <w:pPr>
              <w:keepLines/>
            </w:pPr>
            <w:r>
              <w:t>Lafayette,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111691B0" w14:textId="77777777" w:rsidR="0034232A" w:rsidRDefault="00000000">
            <w:pPr>
              <w:keepLines/>
            </w:pPr>
            <w:r>
              <w:t>(337) 258-3783</w:t>
            </w:r>
            <w:r>
              <w:br/>
              <w:t>ltylock@assurancemortgage.com</w:t>
            </w:r>
          </w:p>
        </w:tc>
      </w:tr>
      <w:tr w:rsidR="0034232A" w14:paraId="36635789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0949E426" w14:textId="77777777" w:rsidR="0034232A" w:rsidRDefault="00000000">
            <w:pPr>
              <w:keepLines/>
            </w:pPr>
            <w:r>
              <w:t>Assurance Financial Group,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72C22C8A" w14:textId="77777777" w:rsidR="0034232A" w:rsidRDefault="00000000">
            <w:pPr>
              <w:keepLines/>
            </w:pPr>
            <w:r>
              <w:rPr>
                <w:b/>
              </w:rPr>
              <w:t>Erica Whiddon</w:t>
            </w:r>
            <w:r>
              <w:br/>
              <w:t>NMLS ID 75327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1E33A6D1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3E935CFE" w14:textId="77777777" w:rsidR="0034232A" w:rsidRDefault="00000000">
            <w:pPr>
              <w:keepLines/>
            </w:pPr>
            <w:r>
              <w:t>(225) 978-9387</w:t>
            </w:r>
            <w:r>
              <w:br/>
              <w:t>ewhiddon@assurancemortgage.com</w:t>
            </w:r>
          </w:p>
        </w:tc>
      </w:tr>
      <w:tr w:rsidR="0034232A" w14:paraId="6EDCF112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1C2205C1" w14:textId="77777777" w:rsidR="0034232A" w:rsidRDefault="00000000">
            <w:pPr>
              <w:keepLines/>
            </w:pPr>
            <w:r>
              <w:lastRenderedPageBreak/>
              <w:t>Assurance Financial Group,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60436E90" w14:textId="77777777" w:rsidR="0034232A" w:rsidRDefault="00000000">
            <w:pPr>
              <w:keepLines/>
            </w:pPr>
            <w:r>
              <w:rPr>
                <w:b/>
              </w:rPr>
              <w:t>Malcolm Wolfe</w:t>
            </w:r>
            <w:r>
              <w:br/>
              <w:t>NMLS ID 2628134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15F58606" w14:textId="77777777" w:rsidR="0034232A" w:rsidRDefault="00000000">
            <w:pPr>
              <w:keepLines/>
            </w:pPr>
            <w:r>
              <w:t>Houma,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07234363" w14:textId="77777777" w:rsidR="0034232A" w:rsidRDefault="00000000">
            <w:pPr>
              <w:keepLines/>
            </w:pPr>
            <w:r>
              <w:t>(985) 860-3691</w:t>
            </w:r>
            <w:r>
              <w:br/>
              <w:t>mwolfe@assurancemortgage.com</w:t>
            </w:r>
          </w:p>
        </w:tc>
      </w:tr>
      <w:tr w:rsidR="0034232A" w14:paraId="3B26BED9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D194404" w14:textId="77777777" w:rsidR="0034232A" w:rsidRDefault="00000000">
            <w:pPr>
              <w:keepLines/>
            </w:pPr>
            <w:r>
              <w:t>Builders Choice Mortgage DBA Choice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D530653" w14:textId="77777777" w:rsidR="0034232A" w:rsidRDefault="00000000">
            <w:pPr>
              <w:keepLines/>
            </w:pPr>
            <w:r>
              <w:rPr>
                <w:b/>
              </w:rPr>
              <w:t>Courtney Peveto</w:t>
            </w:r>
            <w:r>
              <w:br/>
              <w:t>NMLS ID 1590181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352672D3" w14:textId="77777777" w:rsidR="0034232A" w:rsidRDefault="00000000">
            <w:pPr>
              <w:keepLines/>
            </w:pPr>
            <w:r>
              <w:t>Lake Charles,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F0FC5DF" w14:textId="77777777" w:rsidR="0034232A" w:rsidRDefault="00000000">
            <w:pPr>
              <w:keepLines/>
            </w:pPr>
            <w:r>
              <w:t>(337) 263-9296</w:t>
            </w:r>
            <w:r>
              <w:br/>
              <w:t>cpeveto@choicemortgage.com</w:t>
            </w:r>
          </w:p>
        </w:tc>
      </w:tr>
      <w:tr w:rsidR="0034232A" w14:paraId="06E5CB8D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58746592" w14:textId="77777777" w:rsidR="0034232A" w:rsidRDefault="00000000">
            <w:pPr>
              <w:keepLines/>
            </w:pPr>
            <w:r>
              <w:t>Builders Choice Mortgage,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04696A9C" w14:textId="77777777" w:rsidR="0034232A" w:rsidRDefault="00000000">
            <w:pPr>
              <w:keepLines/>
            </w:pPr>
            <w:r>
              <w:rPr>
                <w:b/>
              </w:rPr>
              <w:t>Blake Pemberton</w:t>
            </w:r>
            <w:r>
              <w:br/>
              <w:t>NMLS ID 858648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B2B8A9B" w14:textId="77777777" w:rsidR="0034232A" w:rsidRDefault="00000000">
            <w:pPr>
              <w:keepLines/>
            </w:pPr>
            <w:r>
              <w:t>Lake Charles,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0715565" w14:textId="77777777" w:rsidR="0034232A" w:rsidRDefault="00000000">
            <w:pPr>
              <w:keepLines/>
            </w:pPr>
            <w:r>
              <w:t>(337) 513-4618</w:t>
            </w:r>
            <w:r>
              <w:br/>
              <w:t>bpemberton@choicemortgage.com</w:t>
            </w:r>
          </w:p>
        </w:tc>
      </w:tr>
      <w:tr w:rsidR="0034232A" w14:paraId="496B495E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8BE9B1E" w14:textId="77777777" w:rsidR="0034232A" w:rsidRDefault="00000000">
            <w:pPr>
              <w:keepLines/>
            </w:pPr>
            <w:r>
              <w:t>Canopy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03519EE6" w14:textId="77777777" w:rsidR="0034232A" w:rsidRDefault="00000000">
            <w:pPr>
              <w:keepLines/>
            </w:pPr>
            <w:r>
              <w:rPr>
                <w:b/>
              </w:rPr>
              <w:t>Igor Nicolau</w:t>
            </w:r>
            <w:r>
              <w:br/>
              <w:t>NMLS ID 1126788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6D499E97" w14:textId="77777777" w:rsidR="0034232A" w:rsidRDefault="00000000">
            <w:pPr>
              <w:keepLines/>
            </w:pPr>
            <w:r>
              <w:t>Gonzalez,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3C55FA2C" w14:textId="77777777" w:rsidR="0034232A" w:rsidRDefault="00000000">
            <w:pPr>
              <w:keepLines/>
            </w:pPr>
            <w:r>
              <w:t>(985) 710-1766</w:t>
            </w:r>
            <w:r>
              <w:br/>
              <w:t>inicolau@canopymortgage.com</w:t>
            </w:r>
          </w:p>
        </w:tc>
      </w:tr>
      <w:tr w:rsidR="0034232A" w14:paraId="35720A6C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33EA7DC1" w14:textId="77777777" w:rsidR="0034232A" w:rsidRDefault="00000000">
            <w:pPr>
              <w:keepLines/>
            </w:pPr>
            <w:r>
              <w:t>Cedotal powered by Eustis Mortgage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45E73073" w14:textId="77777777" w:rsidR="0034232A" w:rsidRDefault="00000000">
            <w:pPr>
              <w:keepLines/>
            </w:pPr>
            <w:r>
              <w:rPr>
                <w:b/>
              </w:rPr>
              <w:t>Lois Adams</w:t>
            </w:r>
            <w:r>
              <w:br/>
              <w:t>NMLS ID 93458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13A95BA" w14:textId="77777777" w:rsidR="0034232A" w:rsidRDefault="00000000">
            <w:pPr>
              <w:keepLines/>
            </w:pPr>
            <w:r>
              <w:t>Thibodaux,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4F8ED444" w14:textId="77777777" w:rsidR="0034232A" w:rsidRDefault="00000000">
            <w:pPr>
              <w:keepLines/>
            </w:pPr>
            <w:r>
              <w:t>(985) 637-0609</w:t>
            </w:r>
            <w:r>
              <w:br/>
              <w:t>lois@eustismortgage.com</w:t>
            </w:r>
          </w:p>
        </w:tc>
      </w:tr>
      <w:tr w:rsidR="0034232A" w14:paraId="16AFF39E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7306A347" w14:textId="77777777" w:rsidR="0034232A" w:rsidRDefault="00000000">
            <w:pPr>
              <w:keepLines/>
            </w:pPr>
            <w:r>
              <w:t>Citizens Progressive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60B2D706" w14:textId="77777777" w:rsidR="0034232A" w:rsidRDefault="00000000">
            <w:pPr>
              <w:keepLines/>
            </w:pPr>
            <w:r>
              <w:rPr>
                <w:b/>
              </w:rPr>
              <w:t>Courtney Holyfield</w:t>
            </w:r>
            <w:r>
              <w:br/>
              <w:t>NMLS ID 89736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47EFE150" w14:textId="77777777" w:rsidR="0034232A" w:rsidRDefault="00000000">
            <w:pPr>
              <w:keepLines/>
            </w:pPr>
            <w:r>
              <w:t>Monroe,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58A395A0" w14:textId="77777777" w:rsidR="0034232A" w:rsidRDefault="00000000">
            <w:pPr>
              <w:keepLines/>
            </w:pPr>
            <w:r>
              <w:t>(318) 692-3535</w:t>
            </w:r>
            <w:r>
              <w:br/>
              <w:t>cholyfield@cpbonline.com</w:t>
            </w:r>
          </w:p>
        </w:tc>
      </w:tr>
      <w:tr w:rsidR="0034232A" w14:paraId="241ED766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721BBBA" w14:textId="77777777" w:rsidR="0034232A" w:rsidRDefault="00000000">
            <w:pPr>
              <w:keepLines/>
            </w:pPr>
            <w:r>
              <w:t>CMG Mortgage, Inc. dba CMG Home Loans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642BCBC6" w14:textId="77777777" w:rsidR="0034232A" w:rsidRDefault="00000000">
            <w:pPr>
              <w:keepLines/>
            </w:pPr>
            <w:r>
              <w:rPr>
                <w:b/>
              </w:rPr>
              <w:t>Kristi Greer</w:t>
            </w:r>
            <w:r>
              <w:br/>
              <w:t>NMLS ID 737036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7F3558D9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C9E6894" w14:textId="77777777" w:rsidR="0034232A" w:rsidRDefault="00000000">
            <w:pPr>
              <w:keepLines/>
            </w:pPr>
            <w:r>
              <w:t>(318) 475-9642</w:t>
            </w:r>
            <w:r>
              <w:br/>
              <w:t>kgreer@cmghomeloans.com</w:t>
            </w:r>
          </w:p>
        </w:tc>
      </w:tr>
      <w:tr w:rsidR="0034232A" w14:paraId="4E3D29C5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4E3A3188" w14:textId="77777777" w:rsidR="0034232A" w:rsidRDefault="00000000">
            <w:pPr>
              <w:keepLines/>
            </w:pPr>
            <w:r>
              <w:t>CMG Mortgage, Inc. dba CMG Home Loans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298B0134" w14:textId="77777777" w:rsidR="0034232A" w:rsidRDefault="00000000">
            <w:pPr>
              <w:keepLines/>
            </w:pPr>
            <w:r>
              <w:rPr>
                <w:b/>
              </w:rPr>
              <w:t>Christina Poray</w:t>
            </w:r>
            <w:r>
              <w:br/>
              <w:t>NMLS ID 1433495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54B9F6B7" w14:textId="77777777" w:rsidR="0034232A" w:rsidRDefault="00000000">
            <w:pPr>
              <w:keepLines/>
            </w:pPr>
            <w:r>
              <w:t>Port Allen,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7D3AA79D" w14:textId="77777777" w:rsidR="0034232A" w:rsidRDefault="00000000">
            <w:pPr>
              <w:keepLines/>
            </w:pPr>
            <w:r>
              <w:t>(225) 337-1622</w:t>
            </w:r>
            <w:r>
              <w:br/>
              <w:t>cporay@cmghomeloans.com</w:t>
            </w:r>
          </w:p>
        </w:tc>
      </w:tr>
      <w:tr w:rsidR="0034232A" w14:paraId="777F49A8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1B784E99" w14:textId="77777777" w:rsidR="0034232A" w:rsidRDefault="00000000">
            <w:pPr>
              <w:keepLines/>
            </w:pPr>
            <w:r>
              <w:t>Cornerstone First Mortgage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716C09DD" w14:textId="77777777" w:rsidR="0034232A" w:rsidRDefault="00000000">
            <w:pPr>
              <w:keepLines/>
            </w:pPr>
            <w:r>
              <w:rPr>
                <w:b/>
              </w:rPr>
              <w:t>Brenon Wilson</w:t>
            </w:r>
            <w:r>
              <w:br/>
              <w:t>NMLS ID 2244342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8C34BA9" w14:textId="77777777" w:rsidR="0034232A" w:rsidRDefault="00000000">
            <w:pPr>
              <w:keepLines/>
            </w:pPr>
            <w:r>
              <w:t>Youngsville,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573A6D48" w14:textId="77777777" w:rsidR="0034232A" w:rsidRDefault="00000000">
            <w:pPr>
              <w:keepLines/>
            </w:pPr>
            <w:r>
              <w:t>(337) 552-8073</w:t>
            </w:r>
            <w:r>
              <w:br/>
              <w:t>brenon@castillemortgage.com</w:t>
            </w:r>
          </w:p>
        </w:tc>
      </w:tr>
      <w:tr w:rsidR="0034232A" w14:paraId="72132C8B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69399E73" w14:textId="77777777" w:rsidR="0034232A" w:rsidRDefault="00000000">
            <w:pPr>
              <w:keepLines/>
            </w:pPr>
            <w:r>
              <w:t>CrossCountry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62809BAF" w14:textId="77777777" w:rsidR="0034232A" w:rsidRDefault="00000000">
            <w:pPr>
              <w:keepLines/>
            </w:pPr>
            <w:r>
              <w:rPr>
                <w:b/>
              </w:rPr>
              <w:t>James Hair</w:t>
            </w:r>
            <w:r>
              <w:br/>
              <w:t>NMLS ID 1680348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7AE176B7" w14:textId="77777777" w:rsidR="0034232A" w:rsidRDefault="00000000">
            <w:pPr>
              <w:keepLines/>
            </w:pPr>
            <w:r>
              <w:t>Denham Springs,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36944B22" w14:textId="77777777" w:rsidR="0034232A" w:rsidRDefault="00000000">
            <w:pPr>
              <w:keepLines/>
            </w:pPr>
            <w:r>
              <w:t>(448) 777-2126</w:t>
            </w:r>
            <w:r>
              <w:br/>
              <w:t>james.hair@ccm.com</w:t>
            </w:r>
          </w:p>
        </w:tc>
      </w:tr>
      <w:tr w:rsidR="0034232A" w14:paraId="68CA472B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64A0BE7D" w14:textId="77777777" w:rsidR="0034232A" w:rsidRDefault="00000000">
            <w:pPr>
              <w:keepLines/>
            </w:pPr>
            <w:r>
              <w:t>CrossCountry Mortgage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05B8B421" w14:textId="77777777" w:rsidR="0034232A" w:rsidRDefault="00000000">
            <w:pPr>
              <w:keepLines/>
            </w:pPr>
            <w:r>
              <w:rPr>
                <w:b/>
              </w:rPr>
              <w:t>Kiera Thomas</w:t>
            </w:r>
            <w:r>
              <w:br/>
              <w:t>NMLS ID 1982562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19E30CFD" w14:textId="77777777" w:rsidR="0034232A" w:rsidRDefault="00000000">
            <w:pPr>
              <w:keepLines/>
            </w:pPr>
            <w:r>
              <w:t>Shreveport,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67605D3" w14:textId="77777777" w:rsidR="0034232A" w:rsidRDefault="00000000">
            <w:pPr>
              <w:keepLines/>
            </w:pPr>
            <w:r>
              <w:t>(318) 294-7177</w:t>
            </w:r>
            <w:r>
              <w:br/>
              <w:t>kiera.thomas@ccm.com</w:t>
            </w:r>
          </w:p>
        </w:tc>
      </w:tr>
      <w:tr w:rsidR="0034232A" w14:paraId="1BDC6C8F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3191C75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65657431" w14:textId="77777777" w:rsidR="0034232A" w:rsidRDefault="00000000">
            <w:pPr>
              <w:keepLines/>
            </w:pPr>
            <w:r>
              <w:rPr>
                <w:b/>
              </w:rPr>
              <w:t>Dana A Scharwath</w:t>
            </w:r>
            <w:r>
              <w:br/>
              <w:t>NMLS ID 2080518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002764C8" w14:textId="77777777" w:rsidR="0034232A" w:rsidRDefault="00000000">
            <w:pPr>
              <w:keepLines/>
            </w:pPr>
            <w:r>
              <w:t>Prairieville,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0251EC21" w14:textId="77777777" w:rsidR="0034232A" w:rsidRDefault="00000000">
            <w:pPr>
              <w:keepLines/>
            </w:pPr>
            <w:r>
              <w:t>(504) 273-8622</w:t>
            </w:r>
            <w:r>
              <w:br/>
              <w:t>dscharwath@dsldmtg.com</w:t>
            </w:r>
          </w:p>
        </w:tc>
      </w:tr>
      <w:tr w:rsidR="0034232A" w14:paraId="6A12A8DD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23D5F22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37779A52" w14:textId="77777777" w:rsidR="0034232A" w:rsidRDefault="00000000">
            <w:pPr>
              <w:keepLines/>
            </w:pPr>
            <w:r>
              <w:rPr>
                <w:b/>
              </w:rPr>
              <w:t>Brooke Arceneaux</w:t>
            </w:r>
            <w:r>
              <w:br/>
              <w:t>NMLS ID 1987912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0267FA82" w14:textId="77777777" w:rsidR="0034232A" w:rsidRDefault="00000000">
            <w:pPr>
              <w:keepLines/>
            </w:pPr>
            <w:r>
              <w:t>Thibodaux,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6A0201F9" w14:textId="77777777" w:rsidR="0034232A" w:rsidRDefault="00000000">
            <w:pPr>
              <w:keepLines/>
            </w:pPr>
            <w:r>
              <w:t>(985) 227-0138</w:t>
            </w:r>
            <w:r>
              <w:br/>
              <w:t>brookea@dsldmtg.com</w:t>
            </w:r>
          </w:p>
        </w:tc>
      </w:tr>
      <w:tr w:rsidR="0034232A" w14:paraId="135E62E2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68E51D58" w14:textId="77777777" w:rsidR="0034232A" w:rsidRDefault="00000000">
            <w:pPr>
              <w:keepLines/>
            </w:pPr>
            <w:r>
              <w:lastRenderedPageBreak/>
              <w:t>DSLD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8A3AADC" w14:textId="77777777" w:rsidR="0034232A" w:rsidRDefault="00000000">
            <w:pPr>
              <w:keepLines/>
            </w:pPr>
            <w:r>
              <w:rPr>
                <w:b/>
              </w:rPr>
              <w:t>Sarah Carr</w:t>
            </w:r>
            <w:r>
              <w:br/>
              <w:t>NMLS ID 2380434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79DE975B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B616B4D" w14:textId="77777777" w:rsidR="0034232A" w:rsidRDefault="00000000">
            <w:pPr>
              <w:keepLines/>
            </w:pPr>
            <w:r>
              <w:t>(225) 892-2655</w:t>
            </w:r>
            <w:r>
              <w:br/>
              <w:t>scarr@dsldmtg.com</w:t>
            </w:r>
          </w:p>
        </w:tc>
      </w:tr>
      <w:tr w:rsidR="0034232A" w14:paraId="4FA942E4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27043FF6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69167B42" w14:textId="77777777" w:rsidR="0034232A" w:rsidRDefault="00000000">
            <w:pPr>
              <w:keepLines/>
            </w:pPr>
            <w:r>
              <w:rPr>
                <w:b/>
              </w:rPr>
              <w:t>Kimberly Cunningham</w:t>
            </w:r>
            <w:r>
              <w:br/>
              <w:t>NMLS ID 80859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1E838A57" w14:textId="77777777" w:rsidR="0034232A" w:rsidRDefault="00000000">
            <w:pPr>
              <w:keepLines/>
            </w:pPr>
            <w:r>
              <w:t>Lafayette,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75EECA5" w14:textId="77777777" w:rsidR="0034232A" w:rsidRDefault="00000000">
            <w:pPr>
              <w:keepLines/>
            </w:pPr>
            <w:r>
              <w:t>(337) 247-3775</w:t>
            </w:r>
            <w:r>
              <w:br/>
              <w:t>kcunningham@dsldmtg.com</w:t>
            </w:r>
          </w:p>
        </w:tc>
      </w:tr>
      <w:tr w:rsidR="0034232A" w14:paraId="50ECBD41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B781393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893B3B6" w14:textId="77777777" w:rsidR="0034232A" w:rsidRDefault="00000000">
            <w:pPr>
              <w:keepLines/>
            </w:pPr>
            <w:r>
              <w:rPr>
                <w:b/>
              </w:rPr>
              <w:t>Honi Delahoussaye</w:t>
            </w:r>
            <w:r>
              <w:br/>
              <w:t>NMLS ID 93561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156227A2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71973582" w14:textId="77777777" w:rsidR="0034232A" w:rsidRDefault="00000000">
            <w:pPr>
              <w:keepLines/>
            </w:pPr>
            <w:r>
              <w:t>(985) 400-9035</w:t>
            </w:r>
            <w:r>
              <w:br/>
              <w:t>honi@dsldmtg.com</w:t>
            </w:r>
          </w:p>
        </w:tc>
      </w:tr>
      <w:tr w:rsidR="0034232A" w14:paraId="4D51BD8D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2525385D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1FF001C8" w14:textId="77777777" w:rsidR="0034232A" w:rsidRDefault="00000000">
            <w:pPr>
              <w:keepLines/>
            </w:pPr>
            <w:r>
              <w:rPr>
                <w:b/>
              </w:rPr>
              <w:t>Amanda Deville</w:t>
            </w:r>
            <w:r>
              <w:br/>
              <w:t>NMLS ID 1319791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5811FC2" w14:textId="77777777" w:rsidR="0034232A" w:rsidRDefault="00000000">
            <w:pPr>
              <w:keepLines/>
            </w:pPr>
            <w:r>
              <w:t>Lafayette,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55AC47F7" w14:textId="77777777" w:rsidR="0034232A" w:rsidRDefault="00000000">
            <w:pPr>
              <w:keepLines/>
            </w:pPr>
            <w:r>
              <w:t>(337) 277-6958</w:t>
            </w:r>
            <w:r>
              <w:br/>
              <w:t>adeville@dsldmtg.com</w:t>
            </w:r>
          </w:p>
        </w:tc>
      </w:tr>
      <w:tr w:rsidR="0034232A" w14:paraId="3ED569F9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53E19680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105782E5" w14:textId="77777777" w:rsidR="0034232A" w:rsidRDefault="00000000">
            <w:pPr>
              <w:keepLines/>
            </w:pPr>
            <w:r>
              <w:rPr>
                <w:b/>
              </w:rPr>
              <w:t>Valerie DiGiovanni</w:t>
            </w:r>
            <w:r>
              <w:br/>
              <w:t>NMLS ID 1964718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08454F3B" w14:textId="77777777" w:rsidR="0034232A" w:rsidRDefault="00000000">
            <w:pPr>
              <w:keepLines/>
            </w:pPr>
            <w:r>
              <w:t>Lake Charles,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5FD3B36" w14:textId="77777777" w:rsidR="0034232A" w:rsidRDefault="00000000">
            <w:pPr>
              <w:keepLines/>
            </w:pPr>
            <w:r>
              <w:t>(832) 603-9497</w:t>
            </w:r>
            <w:r>
              <w:br/>
              <w:t>vdigiovanni@dsldmtg.com</w:t>
            </w:r>
          </w:p>
        </w:tc>
      </w:tr>
      <w:tr w:rsidR="0034232A" w14:paraId="6AFD5E70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1C4F49C1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28CD31DA" w14:textId="77777777" w:rsidR="0034232A" w:rsidRDefault="00000000">
            <w:pPr>
              <w:keepLines/>
            </w:pPr>
            <w:r>
              <w:rPr>
                <w:b/>
              </w:rPr>
              <w:t>Valeria Duque</w:t>
            </w:r>
            <w:r>
              <w:br/>
              <w:t>NMLS ID 2358255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62FE4FA3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5141F914" w14:textId="77777777" w:rsidR="0034232A" w:rsidRDefault="00000000">
            <w:pPr>
              <w:keepLines/>
            </w:pPr>
            <w:r>
              <w:t>(225) 501-1139</w:t>
            </w:r>
            <w:r>
              <w:br/>
              <w:t>vduque@dsldmtg.com</w:t>
            </w:r>
          </w:p>
        </w:tc>
      </w:tr>
      <w:tr w:rsidR="0034232A" w14:paraId="07A8119C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151CD74A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0E7BFB3E" w14:textId="77777777" w:rsidR="0034232A" w:rsidRDefault="00000000">
            <w:pPr>
              <w:keepLines/>
            </w:pPr>
            <w:r>
              <w:rPr>
                <w:b/>
              </w:rPr>
              <w:t>Kelli Eilers</w:t>
            </w:r>
            <w:r>
              <w:br/>
              <w:t>NMLS ID 2215511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45622655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165562E" w14:textId="77777777" w:rsidR="0034232A" w:rsidRDefault="00000000">
            <w:pPr>
              <w:keepLines/>
            </w:pPr>
            <w:r>
              <w:t>(337) 290-2561</w:t>
            </w:r>
            <w:r>
              <w:br/>
              <w:t>keilers@dsldmtg.com</w:t>
            </w:r>
          </w:p>
        </w:tc>
      </w:tr>
      <w:tr w:rsidR="0034232A" w14:paraId="3E6DC040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55B83A8E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17AB2BDC" w14:textId="77777777" w:rsidR="0034232A" w:rsidRDefault="00000000">
            <w:pPr>
              <w:keepLines/>
            </w:pPr>
            <w:r>
              <w:rPr>
                <w:b/>
              </w:rPr>
              <w:t>Corey Knotts</w:t>
            </w:r>
            <w:r>
              <w:br/>
              <w:t>NMLS ID 1921130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1CBE5B55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4DC29F80" w14:textId="77777777" w:rsidR="0034232A" w:rsidRDefault="00000000">
            <w:pPr>
              <w:keepLines/>
            </w:pPr>
            <w:r>
              <w:t>(225) 328-7598</w:t>
            </w:r>
            <w:r>
              <w:br/>
              <w:t>cknotts@dsldmtg.com</w:t>
            </w:r>
          </w:p>
        </w:tc>
      </w:tr>
      <w:tr w:rsidR="0034232A" w14:paraId="3B586A65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13752D6C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115C375E" w14:textId="77777777" w:rsidR="0034232A" w:rsidRDefault="00000000">
            <w:pPr>
              <w:keepLines/>
            </w:pPr>
            <w:r>
              <w:rPr>
                <w:b/>
              </w:rPr>
              <w:t>Ian Obrien</w:t>
            </w:r>
            <w:r>
              <w:br/>
              <w:t>NMLS ID 1435054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19C4CE4B" w14:textId="77777777" w:rsidR="0034232A" w:rsidRDefault="00000000">
            <w:pPr>
              <w:keepLines/>
            </w:pPr>
            <w:r>
              <w:t>Hammond,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2E2ACF1D" w14:textId="77777777" w:rsidR="0034232A" w:rsidRDefault="00000000">
            <w:pPr>
              <w:keepLines/>
            </w:pPr>
            <w:r>
              <w:t>(504) 274-9993</w:t>
            </w:r>
            <w:r>
              <w:br/>
              <w:t>iobrien@dsldmtg.com</w:t>
            </w:r>
          </w:p>
        </w:tc>
      </w:tr>
      <w:tr w:rsidR="0034232A" w14:paraId="72A7D1C2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49F67CE2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1021BBED" w14:textId="77777777" w:rsidR="0034232A" w:rsidRDefault="00000000">
            <w:pPr>
              <w:keepLines/>
            </w:pPr>
            <w:r>
              <w:rPr>
                <w:b/>
              </w:rPr>
              <w:t>Whitney Reed</w:t>
            </w:r>
            <w:r>
              <w:br/>
              <w:t>NMLS ID 2059830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7933340F" w14:textId="77777777" w:rsidR="0034232A" w:rsidRDefault="00000000">
            <w:pPr>
              <w:keepLines/>
            </w:pPr>
            <w:r>
              <w:t>Lake Charles,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C610FCC" w14:textId="77777777" w:rsidR="0034232A" w:rsidRDefault="00000000">
            <w:pPr>
              <w:keepLines/>
            </w:pPr>
            <w:r>
              <w:t>(337) 936-9106</w:t>
            </w:r>
            <w:r>
              <w:br/>
              <w:t>wreed@dsldmtg.com</w:t>
            </w:r>
          </w:p>
        </w:tc>
      </w:tr>
      <w:tr w:rsidR="0034232A" w14:paraId="46F470D7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B26F8B6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11203410" w14:textId="77777777" w:rsidR="0034232A" w:rsidRDefault="00000000">
            <w:pPr>
              <w:keepLines/>
            </w:pPr>
            <w:r>
              <w:rPr>
                <w:b/>
              </w:rPr>
              <w:t>Tosha Richard</w:t>
            </w:r>
            <w:r>
              <w:br/>
              <w:t>NMLS ID 82088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1B7A0A67" w14:textId="77777777" w:rsidR="0034232A" w:rsidRDefault="00000000">
            <w:pPr>
              <w:keepLines/>
            </w:pPr>
            <w:r>
              <w:t>Lafayette,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33EDDAEC" w14:textId="77777777" w:rsidR="0034232A" w:rsidRDefault="00000000">
            <w:pPr>
              <w:keepLines/>
            </w:pPr>
            <w:r>
              <w:t>(337) 591-1915</w:t>
            </w:r>
            <w:r>
              <w:br/>
              <w:t>tosharichard@dsldmtg.com</w:t>
            </w:r>
          </w:p>
        </w:tc>
      </w:tr>
      <w:tr w:rsidR="0034232A" w14:paraId="0ED30006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2A99D188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6A0817AF" w14:textId="77777777" w:rsidR="0034232A" w:rsidRDefault="00000000">
            <w:pPr>
              <w:keepLines/>
            </w:pPr>
            <w:r>
              <w:rPr>
                <w:b/>
              </w:rPr>
              <w:t>Morgan Stribling</w:t>
            </w:r>
            <w:r>
              <w:br/>
              <w:t>NMLS ID 1373138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3818724" w14:textId="77777777" w:rsidR="0034232A" w:rsidRDefault="00000000">
            <w:pPr>
              <w:keepLines/>
            </w:pPr>
            <w:r>
              <w:t>Hammond,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2B2A3F81" w14:textId="77777777" w:rsidR="0034232A" w:rsidRDefault="00000000">
            <w:pPr>
              <w:keepLines/>
            </w:pPr>
            <w:r>
              <w:t>(985) 974-0446</w:t>
            </w:r>
            <w:r>
              <w:br/>
              <w:t>morgan@dsldmtg.com</w:t>
            </w:r>
          </w:p>
        </w:tc>
      </w:tr>
      <w:tr w:rsidR="0034232A" w14:paraId="15D5DABB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4FB49695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5E01B901" w14:textId="77777777" w:rsidR="0034232A" w:rsidRDefault="00000000">
            <w:pPr>
              <w:keepLines/>
            </w:pPr>
            <w:r>
              <w:rPr>
                <w:b/>
              </w:rPr>
              <w:t>Evelyn Sylvest</w:t>
            </w:r>
            <w:r>
              <w:br/>
              <w:t>NMLS ID 774751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03234444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7AFEA391" w14:textId="77777777" w:rsidR="0034232A" w:rsidRDefault="00000000">
            <w:pPr>
              <w:keepLines/>
            </w:pPr>
            <w:r>
              <w:t>(225) 202-4703</w:t>
            </w:r>
            <w:r>
              <w:br/>
              <w:t>emaher@dsldmtg.com</w:t>
            </w:r>
          </w:p>
        </w:tc>
      </w:tr>
      <w:tr w:rsidR="0034232A" w14:paraId="501079DE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4834F573" w14:textId="77777777" w:rsidR="0034232A" w:rsidRDefault="00000000">
            <w:pPr>
              <w:keepLines/>
            </w:pPr>
            <w:r>
              <w:lastRenderedPageBreak/>
              <w:t>DSLD Mortgage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32B91B7D" w14:textId="77777777" w:rsidR="0034232A" w:rsidRDefault="00000000">
            <w:pPr>
              <w:keepLines/>
            </w:pPr>
            <w:r>
              <w:rPr>
                <w:b/>
              </w:rPr>
              <w:t>Chad Theriot</w:t>
            </w:r>
            <w:r>
              <w:br/>
              <w:t>NMLS ID 90032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026054AB" w14:textId="77777777" w:rsidR="0034232A" w:rsidRDefault="00000000">
            <w:pPr>
              <w:keepLines/>
            </w:pPr>
            <w:r>
              <w:t>Lafayette,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449CD7D2" w14:textId="77777777" w:rsidR="0034232A" w:rsidRDefault="00000000">
            <w:pPr>
              <w:keepLines/>
            </w:pPr>
            <w:r>
              <w:t>(337) 344-3565</w:t>
            </w:r>
            <w:r>
              <w:br/>
              <w:t>ctheriot@dsldmtg.com</w:t>
            </w:r>
          </w:p>
        </w:tc>
      </w:tr>
      <w:tr w:rsidR="0034232A" w14:paraId="20EDECEF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3201DAE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221F627F" w14:textId="77777777" w:rsidR="0034232A" w:rsidRDefault="00000000">
            <w:pPr>
              <w:keepLines/>
            </w:pPr>
            <w:r>
              <w:rPr>
                <w:b/>
              </w:rPr>
              <w:t>Nathan Waller</w:t>
            </w:r>
            <w:r>
              <w:br/>
              <w:t>NMLS ID 2254075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29126426" w14:textId="77777777" w:rsidR="0034232A" w:rsidRDefault="00000000">
            <w:pPr>
              <w:keepLines/>
            </w:pPr>
            <w:r>
              <w:t>Ponchatoula,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4198E09E" w14:textId="77777777" w:rsidR="0034232A" w:rsidRDefault="00000000">
            <w:pPr>
              <w:keepLines/>
            </w:pPr>
            <w:r>
              <w:t>(985) 974-7650</w:t>
            </w:r>
            <w:r>
              <w:br/>
              <w:t>nwaller@dsldmtg.com</w:t>
            </w:r>
          </w:p>
        </w:tc>
      </w:tr>
      <w:tr w:rsidR="0034232A" w14:paraId="363DB15E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62A75700" w14:textId="77777777" w:rsidR="0034232A" w:rsidRDefault="00000000">
            <w:pPr>
              <w:keepLines/>
            </w:pPr>
            <w:r>
              <w:t>DSLD Mortgage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48C19475" w14:textId="77777777" w:rsidR="0034232A" w:rsidRDefault="00000000">
            <w:pPr>
              <w:keepLines/>
            </w:pPr>
            <w:r>
              <w:rPr>
                <w:b/>
              </w:rPr>
              <w:t>Lindsey Whittaker</w:t>
            </w:r>
            <w:r>
              <w:br/>
              <w:t>NMLS ID 1926312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45693734" w14:textId="77777777" w:rsidR="0034232A" w:rsidRDefault="00000000">
            <w:pPr>
              <w:keepLines/>
            </w:pPr>
            <w:r>
              <w:t>Hammond,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7077928A" w14:textId="77777777" w:rsidR="0034232A" w:rsidRDefault="00000000">
            <w:pPr>
              <w:keepLines/>
            </w:pPr>
            <w:r>
              <w:t>(985) 246-4902</w:t>
            </w:r>
            <w:r>
              <w:br/>
              <w:t>lwhittaker@dsldmtg.com</w:t>
            </w:r>
          </w:p>
        </w:tc>
      </w:tr>
      <w:tr w:rsidR="0034232A" w14:paraId="24FAF8D8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77CA3917" w14:textId="77777777" w:rsidR="0034232A" w:rsidRDefault="00000000">
            <w:pPr>
              <w:keepLines/>
            </w:pPr>
            <w:r>
              <w:t>Eagle Bank and Trust Company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23FD0E4F" w14:textId="77777777" w:rsidR="0034232A" w:rsidRDefault="00000000">
            <w:pPr>
              <w:keepLines/>
            </w:pPr>
            <w:r>
              <w:rPr>
                <w:b/>
              </w:rPr>
              <w:t>Susie Dartlon</w:t>
            </w:r>
            <w:r>
              <w:br/>
              <w:t>NMLS ID 419431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3E1AB65B" w14:textId="77777777" w:rsidR="0034232A" w:rsidRDefault="00000000">
            <w:pPr>
              <w:keepLines/>
            </w:pPr>
            <w:r>
              <w:t>Monroe,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21D289BE" w14:textId="77777777" w:rsidR="0034232A" w:rsidRDefault="00000000">
            <w:pPr>
              <w:keepLines/>
            </w:pPr>
            <w:r>
              <w:t>(318) 366-0684</w:t>
            </w:r>
            <w:r>
              <w:br/>
              <w:t>sdartlon@eaglebank.com</w:t>
            </w:r>
          </w:p>
        </w:tc>
      </w:tr>
      <w:tr w:rsidR="0034232A" w14:paraId="3F2D2569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4B29407F" w14:textId="77777777" w:rsidR="0034232A" w:rsidRDefault="00000000">
            <w:pPr>
              <w:keepLines/>
            </w:pPr>
            <w:r>
              <w:t>Eagle Bank and Trust Company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089C33AA" w14:textId="77777777" w:rsidR="0034232A" w:rsidRDefault="00000000">
            <w:pPr>
              <w:keepLines/>
            </w:pPr>
            <w:r>
              <w:rPr>
                <w:b/>
              </w:rPr>
              <w:t>Josh Faciane</w:t>
            </w:r>
            <w:r>
              <w:br/>
              <w:t>NMLS ID 2294666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6B76A6F8" w14:textId="77777777" w:rsidR="0034232A" w:rsidRDefault="00000000">
            <w:pPr>
              <w:keepLines/>
            </w:pPr>
            <w:r>
              <w:t>Monroe,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41F06A5C" w14:textId="77777777" w:rsidR="0034232A" w:rsidRDefault="00000000">
            <w:pPr>
              <w:keepLines/>
            </w:pPr>
            <w:r>
              <w:t>(318) 460-7734</w:t>
            </w:r>
            <w:r>
              <w:br/>
              <w:t>jfaciane@eaglebank.com</w:t>
            </w:r>
          </w:p>
        </w:tc>
      </w:tr>
      <w:tr w:rsidR="0034232A" w14:paraId="68DB2DD8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42010CC1" w14:textId="77777777" w:rsidR="0034232A" w:rsidRDefault="00000000">
            <w:pPr>
              <w:keepLines/>
            </w:pPr>
            <w:r>
              <w:t>Envoy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D531943" w14:textId="77777777" w:rsidR="0034232A" w:rsidRDefault="00000000">
            <w:pPr>
              <w:keepLines/>
            </w:pPr>
            <w:r>
              <w:rPr>
                <w:b/>
              </w:rPr>
              <w:t>Kelly Anthony</w:t>
            </w:r>
            <w:r>
              <w:br/>
              <w:t>NMLS ID 2033544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37FCEE51" w14:textId="77777777" w:rsidR="0034232A" w:rsidRDefault="00000000">
            <w:pPr>
              <w:keepLines/>
            </w:pPr>
            <w:r>
              <w:t>Austin, TX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7D4F5E22" w14:textId="77777777" w:rsidR="0034232A" w:rsidRDefault="00000000">
            <w:pPr>
              <w:keepLines/>
            </w:pPr>
            <w:r>
              <w:t>(214) 668-7575</w:t>
            </w:r>
            <w:r>
              <w:br/>
              <w:t>kelly.anthony@envoymortgage.com</w:t>
            </w:r>
          </w:p>
        </w:tc>
      </w:tr>
      <w:tr w:rsidR="0034232A" w14:paraId="73B4DE54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3B7A9C19" w14:textId="77777777" w:rsidR="0034232A" w:rsidRDefault="00000000">
            <w:pPr>
              <w:keepLines/>
            </w:pPr>
            <w:r>
              <w:t>Envoy Mortgage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69C342BF" w14:textId="77777777" w:rsidR="0034232A" w:rsidRDefault="00000000">
            <w:pPr>
              <w:keepLines/>
            </w:pPr>
            <w:r>
              <w:rPr>
                <w:b/>
              </w:rPr>
              <w:t>David Moriarty</w:t>
            </w:r>
            <w:r>
              <w:br/>
              <w:t>NMLS ID 576514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02E48729" w14:textId="77777777" w:rsidR="0034232A" w:rsidRDefault="00000000">
            <w:pPr>
              <w:keepLines/>
            </w:pPr>
            <w:r>
              <w:t>Columbus, OH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1421E758" w14:textId="77777777" w:rsidR="0034232A" w:rsidRDefault="00000000">
            <w:pPr>
              <w:keepLines/>
            </w:pPr>
            <w:r>
              <w:t>(614) 702-2250</w:t>
            </w:r>
            <w:r>
              <w:br/>
              <w:t>david.moriarty@envoymortgage.com</w:t>
            </w:r>
          </w:p>
        </w:tc>
      </w:tr>
      <w:tr w:rsidR="0034232A" w14:paraId="5FFB3515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7CC238AB" w14:textId="77777777" w:rsidR="0034232A" w:rsidRDefault="00000000">
            <w:pPr>
              <w:keepLines/>
            </w:pPr>
            <w:r>
              <w:t>Envoy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4204F793" w14:textId="77777777" w:rsidR="0034232A" w:rsidRDefault="00000000">
            <w:pPr>
              <w:keepLines/>
            </w:pPr>
            <w:r>
              <w:rPr>
                <w:b/>
              </w:rPr>
              <w:t>Taylor Sims</w:t>
            </w:r>
            <w:r>
              <w:br/>
              <w:t>NMLS ID 1998321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539A9B31" w14:textId="77777777" w:rsidR="0034232A" w:rsidRDefault="00000000">
            <w:pPr>
              <w:keepLines/>
            </w:pPr>
            <w:r>
              <w:t>Houston, TX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D408A01" w14:textId="77777777" w:rsidR="0034232A" w:rsidRDefault="00000000">
            <w:pPr>
              <w:keepLines/>
            </w:pPr>
            <w:r>
              <w:t>(281) 727-9021</w:t>
            </w:r>
            <w:r>
              <w:br/>
              <w:t>taylor.sims@envoymortgage.com</w:t>
            </w:r>
          </w:p>
        </w:tc>
      </w:tr>
      <w:tr w:rsidR="0034232A" w14:paraId="649B82EF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4330560C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3061E805" w14:textId="77777777" w:rsidR="0034232A" w:rsidRDefault="00000000">
            <w:pPr>
              <w:keepLines/>
            </w:pPr>
            <w:r>
              <w:rPr>
                <w:b/>
              </w:rPr>
              <w:t>Holly Adams</w:t>
            </w:r>
            <w:r>
              <w:br/>
              <w:t>NMLS ID 93498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370EE39B" w14:textId="77777777" w:rsidR="0034232A" w:rsidRDefault="00000000">
            <w:pPr>
              <w:keepLines/>
            </w:pPr>
            <w:r>
              <w:t>Thibodaux,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513E7857" w14:textId="77777777" w:rsidR="0034232A" w:rsidRDefault="00000000">
            <w:pPr>
              <w:keepLines/>
            </w:pPr>
            <w:r>
              <w:t>(985) 637-4358</w:t>
            </w:r>
            <w:r>
              <w:br/>
              <w:t>holly@eustismortgage.com</w:t>
            </w:r>
          </w:p>
        </w:tc>
      </w:tr>
      <w:tr w:rsidR="0034232A" w14:paraId="51631830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CFB0927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059B0074" w14:textId="77777777" w:rsidR="0034232A" w:rsidRDefault="00000000">
            <w:pPr>
              <w:keepLines/>
            </w:pPr>
            <w:r>
              <w:rPr>
                <w:b/>
              </w:rPr>
              <w:t>Michael Allen Sell</w:t>
            </w:r>
            <w:r>
              <w:br/>
              <w:t>NMLS ID 1640823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266D091B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400315AB" w14:textId="77777777" w:rsidR="0034232A" w:rsidRDefault="00000000">
            <w:pPr>
              <w:keepLines/>
            </w:pPr>
            <w:r>
              <w:t>(504) 390-4217</w:t>
            </w:r>
            <w:r>
              <w:br/>
              <w:t>m.sell@eustismortgage.com</w:t>
            </w:r>
          </w:p>
        </w:tc>
      </w:tr>
      <w:tr w:rsidR="0034232A" w14:paraId="5054E735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61A3C5D3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62E90811" w14:textId="77777777" w:rsidR="0034232A" w:rsidRDefault="00000000">
            <w:pPr>
              <w:keepLines/>
            </w:pPr>
            <w:r>
              <w:rPr>
                <w:b/>
              </w:rPr>
              <w:t>Lisa Barker</w:t>
            </w:r>
            <w:r>
              <w:br/>
              <w:t>NMLS ID 171837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20E75AE8" w14:textId="77777777" w:rsidR="0034232A" w:rsidRDefault="00000000">
            <w:pPr>
              <w:keepLines/>
            </w:pPr>
            <w:r>
              <w:t>Thibodaux,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66972AE1" w14:textId="77777777" w:rsidR="0034232A" w:rsidRDefault="00000000">
            <w:pPr>
              <w:keepLines/>
            </w:pPr>
            <w:r>
              <w:t>(985) 413-3139</w:t>
            </w:r>
            <w:r>
              <w:br/>
              <w:t>l.barker@eustismortgage.com</w:t>
            </w:r>
          </w:p>
        </w:tc>
      </w:tr>
      <w:tr w:rsidR="0034232A" w14:paraId="0284FE83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6436C48D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241F4F6F" w14:textId="77777777" w:rsidR="0034232A" w:rsidRDefault="00000000">
            <w:pPr>
              <w:keepLines/>
            </w:pPr>
            <w:r>
              <w:rPr>
                <w:b/>
              </w:rPr>
              <w:t>Brandon Bell</w:t>
            </w:r>
            <w:r>
              <w:br/>
              <w:t>NMLS ID 1717775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6037129D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3BD20134" w14:textId="77777777" w:rsidR="0034232A" w:rsidRDefault="00000000">
            <w:pPr>
              <w:keepLines/>
            </w:pPr>
            <w:r>
              <w:t>(985) 710-4797</w:t>
            </w:r>
            <w:r>
              <w:br/>
              <w:t>b.bell@eustismortgage.com</w:t>
            </w:r>
          </w:p>
        </w:tc>
      </w:tr>
      <w:tr w:rsidR="0034232A" w14:paraId="1D21A2A9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43249A2B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6E3B2E66" w14:textId="77777777" w:rsidR="0034232A" w:rsidRDefault="00000000">
            <w:pPr>
              <w:keepLines/>
            </w:pPr>
            <w:r>
              <w:rPr>
                <w:b/>
              </w:rPr>
              <w:t>Nate DiGiovanni</w:t>
            </w:r>
            <w:r>
              <w:br/>
              <w:t>NMLS ID 1934694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6F6FFA89" w14:textId="77777777" w:rsidR="0034232A" w:rsidRDefault="00000000">
            <w:pPr>
              <w:keepLines/>
            </w:pPr>
            <w:r>
              <w:t>Metairie,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5EB40CC" w14:textId="77777777" w:rsidR="0034232A" w:rsidRDefault="00000000">
            <w:pPr>
              <w:keepLines/>
            </w:pPr>
            <w:r>
              <w:t>(504) 418-3416</w:t>
            </w:r>
            <w:r>
              <w:br/>
              <w:t>nate@eustismortgage.com</w:t>
            </w:r>
          </w:p>
        </w:tc>
      </w:tr>
      <w:tr w:rsidR="0034232A" w14:paraId="10703093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E69EAFD" w14:textId="77777777" w:rsidR="0034232A" w:rsidRDefault="00000000">
            <w:pPr>
              <w:keepLines/>
            </w:pPr>
            <w:r>
              <w:lastRenderedPageBreak/>
              <w:t>Eustis Mortgage Corporation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068AB3A" w14:textId="77777777" w:rsidR="0034232A" w:rsidRDefault="00000000">
            <w:pPr>
              <w:keepLines/>
            </w:pPr>
            <w:r>
              <w:rPr>
                <w:b/>
              </w:rPr>
              <w:t>Courtlin Donner-Noggerath</w:t>
            </w:r>
            <w:r>
              <w:br/>
              <w:t>NMLS ID 170551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3A7D9634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7EF82353" w14:textId="77777777" w:rsidR="0034232A" w:rsidRDefault="00000000">
            <w:pPr>
              <w:keepLines/>
            </w:pPr>
            <w:r>
              <w:t>(504) 812-2156</w:t>
            </w:r>
            <w:r>
              <w:br/>
              <w:t>courtlin@eustismortgage.com</w:t>
            </w:r>
          </w:p>
        </w:tc>
      </w:tr>
      <w:tr w:rsidR="0034232A" w14:paraId="23550C7C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3B042FF9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2AB1429E" w14:textId="77777777" w:rsidR="0034232A" w:rsidRDefault="00000000">
            <w:pPr>
              <w:keepLines/>
            </w:pPr>
            <w:r>
              <w:rPr>
                <w:b/>
              </w:rPr>
              <w:t>Denise Druml</w:t>
            </w:r>
            <w:r>
              <w:br/>
              <w:t>NMLS ID 1438138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6D557519" w14:textId="77777777" w:rsidR="0034232A" w:rsidRDefault="00000000">
            <w:pPr>
              <w:keepLines/>
            </w:pPr>
            <w:r>
              <w:t>Picayune, MS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027A27C9" w14:textId="77777777" w:rsidR="0034232A" w:rsidRDefault="00000000">
            <w:pPr>
              <w:keepLines/>
            </w:pPr>
            <w:r>
              <w:t>(985) 774-1226</w:t>
            </w:r>
            <w:r>
              <w:br/>
              <w:t>denise@eustismortgage.com</w:t>
            </w:r>
          </w:p>
        </w:tc>
      </w:tr>
      <w:tr w:rsidR="0034232A" w14:paraId="0CEE5B1F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10CCA8F3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167A29BA" w14:textId="77777777" w:rsidR="0034232A" w:rsidRDefault="00000000">
            <w:pPr>
              <w:keepLines/>
            </w:pPr>
            <w:r>
              <w:rPr>
                <w:b/>
              </w:rPr>
              <w:t>Heather Gautreau</w:t>
            </w:r>
            <w:r>
              <w:br/>
              <w:t>NMLS ID 1419344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679F87EE" w14:textId="77777777" w:rsidR="0034232A" w:rsidRDefault="00000000">
            <w:pPr>
              <w:keepLines/>
            </w:pPr>
            <w:r>
              <w:t>Prairieville,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E2E9A9D" w14:textId="77777777" w:rsidR="0034232A" w:rsidRDefault="00000000">
            <w:pPr>
              <w:keepLines/>
            </w:pPr>
            <w:r>
              <w:t>(225) 202-8731</w:t>
            </w:r>
            <w:r>
              <w:br/>
              <w:t>heatherg@eustismortgage.com</w:t>
            </w:r>
          </w:p>
        </w:tc>
      </w:tr>
      <w:tr w:rsidR="0034232A" w14:paraId="31ACC59C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2F2A5EE6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07875E99" w14:textId="77777777" w:rsidR="0034232A" w:rsidRDefault="00000000">
            <w:pPr>
              <w:keepLines/>
            </w:pPr>
            <w:r>
              <w:rPr>
                <w:b/>
              </w:rPr>
              <w:t>Malissa Gilbert</w:t>
            </w:r>
            <w:r>
              <w:br/>
              <w:t>NMLS ID 1946357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6F44BA2B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AA6F25E" w14:textId="77777777" w:rsidR="0034232A" w:rsidRDefault="00000000">
            <w:pPr>
              <w:keepLines/>
            </w:pPr>
            <w:r>
              <w:t>(504) 258-2520</w:t>
            </w:r>
            <w:r>
              <w:br/>
              <w:t>mgilbert@eustismortgage.com</w:t>
            </w:r>
          </w:p>
        </w:tc>
      </w:tr>
      <w:tr w:rsidR="0034232A" w14:paraId="44C679AD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4C25B3C2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5D6DFB42" w14:textId="77777777" w:rsidR="0034232A" w:rsidRDefault="00000000">
            <w:pPr>
              <w:keepLines/>
            </w:pPr>
            <w:r>
              <w:rPr>
                <w:b/>
              </w:rPr>
              <w:t>Tracey Goins</w:t>
            </w:r>
            <w:r>
              <w:br/>
              <w:t>NMLS ID 90560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5F4CEE63" w14:textId="77777777" w:rsidR="0034232A" w:rsidRDefault="00000000">
            <w:pPr>
              <w:keepLines/>
            </w:pPr>
            <w:r>
              <w:t>Dallas, TX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25623CE2" w14:textId="77777777" w:rsidR="0034232A" w:rsidRDefault="00000000">
            <w:pPr>
              <w:keepLines/>
            </w:pPr>
            <w:r>
              <w:t>(225) 610-7949</w:t>
            </w:r>
            <w:r>
              <w:br/>
              <w:t>tracey@veritymortgage.com</w:t>
            </w:r>
          </w:p>
        </w:tc>
      </w:tr>
      <w:tr w:rsidR="0034232A" w14:paraId="721D48EF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0D36B7F2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073B6714" w14:textId="77777777" w:rsidR="0034232A" w:rsidRDefault="00000000">
            <w:pPr>
              <w:keepLines/>
            </w:pPr>
            <w:r>
              <w:rPr>
                <w:b/>
              </w:rPr>
              <w:t>Mia Hegwood</w:t>
            </w:r>
            <w:r>
              <w:br/>
              <w:t>NMLS ID 206433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0CEE2B88" w14:textId="77777777" w:rsidR="0034232A" w:rsidRDefault="00000000">
            <w:pPr>
              <w:keepLines/>
            </w:pPr>
            <w:r>
              <w:t>Mandeville,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2808BBE7" w14:textId="77777777" w:rsidR="0034232A" w:rsidRDefault="00000000">
            <w:pPr>
              <w:keepLines/>
            </w:pPr>
            <w:r>
              <w:t>(504) 452-8306</w:t>
            </w:r>
            <w:r>
              <w:br/>
              <w:t>mia@eustismortgage.com</w:t>
            </w:r>
          </w:p>
        </w:tc>
      </w:tr>
      <w:tr w:rsidR="0034232A" w14:paraId="24EA89D8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6883E59E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270CD4B6" w14:textId="77777777" w:rsidR="0034232A" w:rsidRDefault="00000000">
            <w:pPr>
              <w:keepLines/>
            </w:pPr>
            <w:r>
              <w:rPr>
                <w:b/>
              </w:rPr>
              <w:t>Kara Kohls</w:t>
            </w:r>
            <w:r>
              <w:br/>
              <w:t>NMLS ID 334789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32491CB0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39DE6C39" w14:textId="77777777" w:rsidR="0034232A" w:rsidRDefault="00000000">
            <w:pPr>
              <w:keepLines/>
            </w:pPr>
            <w:r>
              <w:t>(504) 250-6298</w:t>
            </w:r>
            <w:r>
              <w:br/>
              <w:t>kara@eustismortgage.com</w:t>
            </w:r>
          </w:p>
        </w:tc>
      </w:tr>
      <w:tr w:rsidR="0034232A" w14:paraId="529835F6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54B6F3B7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09B0A1EE" w14:textId="77777777" w:rsidR="0034232A" w:rsidRDefault="00000000">
            <w:pPr>
              <w:keepLines/>
            </w:pPr>
            <w:r>
              <w:rPr>
                <w:b/>
              </w:rPr>
              <w:t>Casey McCarthy</w:t>
            </w:r>
            <w:r>
              <w:br/>
              <w:t>NMLS ID 1999078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840D0E5" w14:textId="77777777" w:rsidR="0034232A" w:rsidRDefault="00000000">
            <w:pPr>
              <w:keepLines/>
            </w:pPr>
            <w:r>
              <w:t>Metairie,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499ACC30" w14:textId="77777777" w:rsidR="0034232A" w:rsidRDefault="00000000">
            <w:pPr>
              <w:keepLines/>
            </w:pPr>
            <w:r>
              <w:t>(225) 281-2838</w:t>
            </w:r>
            <w:r>
              <w:br/>
              <w:t>casey.mccarthy@eustismortgage.com</w:t>
            </w:r>
          </w:p>
        </w:tc>
      </w:tr>
      <w:tr w:rsidR="0034232A" w14:paraId="389DAF66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45B071E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232CE131" w14:textId="77777777" w:rsidR="0034232A" w:rsidRDefault="00000000">
            <w:pPr>
              <w:keepLines/>
            </w:pPr>
            <w:r>
              <w:rPr>
                <w:b/>
              </w:rPr>
              <w:t>Crystal Reynolds</w:t>
            </w:r>
            <w:r>
              <w:br/>
              <w:t>NMLS ID 1899056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0BC7DFBC" w14:textId="77777777" w:rsidR="0034232A" w:rsidRDefault="00000000">
            <w:pPr>
              <w:keepLines/>
            </w:pPr>
            <w:r>
              <w:t>Deridder,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0DDED4FD" w14:textId="77777777" w:rsidR="0034232A" w:rsidRDefault="00000000">
            <w:pPr>
              <w:keepLines/>
            </w:pPr>
            <w:r>
              <w:t>(337) 401-8433</w:t>
            </w:r>
            <w:r>
              <w:br/>
              <w:t>c.reynolds@eustismortgage.com</w:t>
            </w:r>
          </w:p>
        </w:tc>
      </w:tr>
      <w:tr w:rsidR="0034232A" w14:paraId="40CBF129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145EAC75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0F0AB429" w14:textId="77777777" w:rsidR="0034232A" w:rsidRDefault="00000000">
            <w:pPr>
              <w:keepLines/>
            </w:pPr>
            <w:r>
              <w:rPr>
                <w:b/>
              </w:rPr>
              <w:t>Ricardo Rodriguez</w:t>
            </w:r>
            <w:r>
              <w:br/>
              <w:t>NMLS ID 2154001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28AE5074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42513786" w14:textId="77777777" w:rsidR="0034232A" w:rsidRDefault="00000000">
            <w:pPr>
              <w:keepLines/>
            </w:pPr>
            <w:r>
              <w:t>(504) 606-4049</w:t>
            </w:r>
            <w:r>
              <w:br/>
              <w:t>r.rodriguez@eustismortgage.com</w:t>
            </w:r>
          </w:p>
        </w:tc>
      </w:tr>
      <w:tr w:rsidR="0034232A" w14:paraId="5E0BE3A1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6AEF97CB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049F4827" w14:textId="77777777" w:rsidR="0034232A" w:rsidRDefault="00000000">
            <w:pPr>
              <w:keepLines/>
            </w:pPr>
            <w:r>
              <w:rPr>
                <w:b/>
              </w:rPr>
              <w:t>Robert Romero</w:t>
            </w:r>
            <w:r>
              <w:br/>
              <w:t>NMLS ID 365861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6D9FA7F4" w14:textId="77777777" w:rsidR="0034232A" w:rsidRDefault="00000000">
            <w:pPr>
              <w:keepLines/>
            </w:pPr>
            <w:r>
              <w:t>Lafayette,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20FB26CA" w14:textId="77777777" w:rsidR="0034232A" w:rsidRDefault="00000000">
            <w:pPr>
              <w:keepLines/>
            </w:pPr>
            <w:r>
              <w:t>(337) 257-4607</w:t>
            </w:r>
            <w:r>
              <w:br/>
              <w:t>robertr@eustismortgage.com</w:t>
            </w:r>
          </w:p>
        </w:tc>
      </w:tr>
      <w:tr w:rsidR="0034232A" w14:paraId="3338FAC0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092885F0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72A6F19F" w14:textId="77777777" w:rsidR="0034232A" w:rsidRDefault="00000000">
            <w:pPr>
              <w:keepLines/>
            </w:pPr>
            <w:r>
              <w:rPr>
                <w:b/>
              </w:rPr>
              <w:t>Lori Serpas</w:t>
            </w:r>
            <w:r>
              <w:br/>
              <w:t>NMLS ID 297932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09904BC3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7FB739FF" w14:textId="77777777" w:rsidR="0034232A" w:rsidRDefault="00000000">
            <w:pPr>
              <w:keepLines/>
            </w:pPr>
            <w:r>
              <w:t>(504) 382-0537</w:t>
            </w:r>
            <w:r>
              <w:br/>
              <w:t>lori@eustismortgage.com</w:t>
            </w:r>
          </w:p>
        </w:tc>
      </w:tr>
      <w:tr w:rsidR="0034232A" w14:paraId="4E24C00A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BF86F31" w14:textId="77777777" w:rsidR="0034232A" w:rsidRDefault="00000000">
            <w:pPr>
              <w:keepLines/>
            </w:pPr>
            <w:r>
              <w:lastRenderedPageBreak/>
              <w:t>Eustis Mortgage Corporation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74CE83AA" w14:textId="77777777" w:rsidR="0034232A" w:rsidRDefault="00000000">
            <w:pPr>
              <w:keepLines/>
            </w:pPr>
            <w:r>
              <w:rPr>
                <w:b/>
              </w:rPr>
              <w:t>David Sicard</w:t>
            </w:r>
            <w:r>
              <w:br/>
              <w:t>NMLS ID 272976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319DFAEF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4B06524" w14:textId="77777777" w:rsidR="0034232A" w:rsidRDefault="00000000">
            <w:pPr>
              <w:keepLines/>
            </w:pPr>
            <w:r>
              <w:t>(225) 936-0369</w:t>
            </w:r>
            <w:r>
              <w:br/>
              <w:t>david@eustismortgage.com</w:t>
            </w:r>
          </w:p>
        </w:tc>
      </w:tr>
      <w:tr w:rsidR="0034232A" w14:paraId="37C47821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2E80EAE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4B881B40" w14:textId="77777777" w:rsidR="0034232A" w:rsidRDefault="00000000">
            <w:pPr>
              <w:keepLines/>
            </w:pPr>
            <w:r>
              <w:rPr>
                <w:b/>
              </w:rPr>
              <w:t>Nathan Tallo</w:t>
            </w:r>
            <w:r>
              <w:br/>
              <w:t>NMLS ID 1411386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3F8A51C6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86FE582" w14:textId="77777777" w:rsidR="0034232A" w:rsidRDefault="00000000">
            <w:pPr>
              <w:keepLines/>
            </w:pPr>
            <w:r>
              <w:t>(225) 266-0109</w:t>
            </w:r>
            <w:r>
              <w:br/>
              <w:t>nathan@eustismortgage.com</w:t>
            </w:r>
          </w:p>
        </w:tc>
      </w:tr>
      <w:tr w:rsidR="0034232A" w14:paraId="2707B1E3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074163E8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72A26D8E" w14:textId="77777777" w:rsidR="0034232A" w:rsidRDefault="00000000">
            <w:pPr>
              <w:keepLines/>
            </w:pPr>
            <w:r>
              <w:rPr>
                <w:b/>
              </w:rPr>
              <w:t>Jonathan Teague</w:t>
            </w:r>
            <w:r>
              <w:br/>
              <w:t>NMLS ID 1427447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5C51DC37" w14:textId="77777777" w:rsidR="0034232A" w:rsidRDefault="00000000">
            <w:pPr>
              <w:keepLines/>
            </w:pPr>
            <w:r>
              <w:t>Metairie,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4B7A1F18" w14:textId="77777777" w:rsidR="0034232A" w:rsidRDefault="00000000">
            <w:pPr>
              <w:keepLines/>
            </w:pPr>
            <w:r>
              <w:t>(504) 430-7443</w:t>
            </w:r>
            <w:r>
              <w:br/>
              <w:t>j.teague@eustismortgage.com</w:t>
            </w:r>
          </w:p>
        </w:tc>
      </w:tr>
      <w:tr w:rsidR="0034232A" w14:paraId="03733FFB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6D4026F5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51236882" w14:textId="77777777" w:rsidR="0034232A" w:rsidRDefault="00000000">
            <w:pPr>
              <w:keepLines/>
            </w:pPr>
            <w:r>
              <w:rPr>
                <w:b/>
              </w:rPr>
              <w:t>Ryan Thomassie</w:t>
            </w:r>
            <w:r>
              <w:br/>
              <w:t>NMLS ID 350514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66D2575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442D85D" w14:textId="77777777" w:rsidR="0034232A" w:rsidRDefault="00000000">
            <w:pPr>
              <w:keepLines/>
            </w:pPr>
            <w:r>
              <w:t>(225) 938-1875</w:t>
            </w:r>
            <w:r>
              <w:br/>
              <w:t>ryan@eustismortgage.com</w:t>
            </w:r>
          </w:p>
        </w:tc>
      </w:tr>
      <w:tr w:rsidR="0034232A" w14:paraId="237DE015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776A2BA4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F1919E8" w14:textId="77777777" w:rsidR="0034232A" w:rsidRDefault="00000000">
            <w:pPr>
              <w:keepLines/>
            </w:pPr>
            <w:r>
              <w:rPr>
                <w:b/>
              </w:rPr>
              <w:t>Connie Walker</w:t>
            </w:r>
            <w:r>
              <w:br/>
              <w:t>NMLS ID 335639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41039F57" w14:textId="77777777" w:rsidR="0034232A" w:rsidRDefault="00000000">
            <w:pPr>
              <w:keepLines/>
            </w:pPr>
            <w:r>
              <w:t>Denham Springs,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4304A013" w14:textId="77777777" w:rsidR="0034232A" w:rsidRDefault="00000000">
            <w:pPr>
              <w:keepLines/>
            </w:pPr>
            <w:r>
              <w:t>(225) 978-5299</w:t>
            </w:r>
            <w:r>
              <w:br/>
              <w:t>connie@eustismortgage.com</w:t>
            </w:r>
          </w:p>
        </w:tc>
      </w:tr>
      <w:tr w:rsidR="0034232A" w14:paraId="71DA1C3F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2F0A3DAD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36ECEA98" w14:textId="77777777" w:rsidR="0034232A" w:rsidRDefault="00000000">
            <w:pPr>
              <w:keepLines/>
            </w:pPr>
            <w:r>
              <w:rPr>
                <w:b/>
              </w:rPr>
              <w:t>Tobie Young</w:t>
            </w:r>
            <w:r>
              <w:br/>
              <w:t>NMLS ID 1484486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39F08D67" w14:textId="77777777" w:rsidR="0034232A" w:rsidRDefault="00000000">
            <w:pPr>
              <w:keepLines/>
            </w:pPr>
            <w:r>
              <w:t>Slidell,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5C6D8D7F" w14:textId="77777777" w:rsidR="0034232A" w:rsidRDefault="00000000">
            <w:pPr>
              <w:keepLines/>
            </w:pPr>
            <w:r>
              <w:t>(985) 445-8756</w:t>
            </w:r>
            <w:r>
              <w:br/>
              <w:t>t.young@eustismortgage.com</w:t>
            </w:r>
          </w:p>
        </w:tc>
      </w:tr>
      <w:tr w:rsidR="0034232A" w14:paraId="12194811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577A984B" w14:textId="77777777" w:rsidR="0034232A" w:rsidRDefault="00000000">
            <w:pPr>
              <w:keepLines/>
            </w:pPr>
            <w:r>
              <w:t>Eustis Mortgage Corporation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15315562" w14:textId="77777777" w:rsidR="0034232A" w:rsidRDefault="00000000">
            <w:pPr>
              <w:keepLines/>
            </w:pPr>
            <w:r>
              <w:rPr>
                <w:b/>
              </w:rPr>
              <w:t>Coleena Zimet</w:t>
            </w:r>
            <w:r>
              <w:br/>
              <w:t>NMLS ID 394007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20A545CE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7F73A1F6" w14:textId="77777777" w:rsidR="0034232A" w:rsidRDefault="00000000">
            <w:pPr>
              <w:keepLines/>
            </w:pPr>
            <w:r>
              <w:t>(228) 218-3521</w:t>
            </w:r>
            <w:r>
              <w:br/>
              <w:t>coleena@eustismortgage.com</w:t>
            </w:r>
          </w:p>
        </w:tc>
      </w:tr>
      <w:tr w:rsidR="0034232A" w14:paraId="60764C0F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6EEE64A7" w14:textId="77777777" w:rsidR="0034232A" w:rsidRDefault="00000000">
            <w:pPr>
              <w:keepLines/>
            </w:pPr>
            <w:r>
              <w:t>First Horizon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4A984883" w14:textId="77777777" w:rsidR="0034232A" w:rsidRDefault="00000000">
            <w:pPr>
              <w:keepLines/>
            </w:pPr>
            <w:r>
              <w:rPr>
                <w:b/>
              </w:rPr>
              <w:t>Liz Blum</w:t>
            </w:r>
            <w:r>
              <w:br/>
              <w:t>NMLS ID 419405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4F22AE85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008DF17F" w14:textId="77777777" w:rsidR="0034232A" w:rsidRDefault="00000000">
            <w:pPr>
              <w:keepLines/>
            </w:pPr>
            <w:r>
              <w:t>(504) 310-7123</w:t>
            </w:r>
            <w:r>
              <w:br/>
              <w:t>liz.blum@firsthorizon.com</w:t>
            </w:r>
          </w:p>
        </w:tc>
      </w:tr>
      <w:tr w:rsidR="0034232A" w14:paraId="3AE54F05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550BAC3" w14:textId="77777777" w:rsidR="0034232A" w:rsidRDefault="00000000">
            <w:pPr>
              <w:keepLines/>
            </w:pPr>
            <w:r>
              <w:t>First Horizon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75198B93" w14:textId="77777777" w:rsidR="0034232A" w:rsidRDefault="00000000">
            <w:pPr>
              <w:keepLines/>
            </w:pPr>
            <w:r>
              <w:rPr>
                <w:b/>
              </w:rPr>
              <w:t>Laine Buquoi</w:t>
            </w:r>
            <w:r>
              <w:br/>
              <w:t>NMLS ID 90516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700C8434" w14:textId="77777777" w:rsidR="0034232A" w:rsidRDefault="00000000">
            <w:pPr>
              <w:keepLines/>
            </w:pPr>
            <w:r>
              <w:t>Kenner,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2B38BE32" w14:textId="77777777" w:rsidR="0034232A" w:rsidRDefault="00000000">
            <w:pPr>
              <w:keepLines/>
            </w:pPr>
            <w:r>
              <w:t>(504) 583-5095</w:t>
            </w:r>
            <w:r>
              <w:br/>
              <w:t>laine.buquoi@firsthorizon.com</w:t>
            </w:r>
          </w:p>
        </w:tc>
      </w:tr>
      <w:tr w:rsidR="0034232A" w14:paraId="6A8672A4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0A1537E7" w14:textId="77777777" w:rsidR="0034232A" w:rsidRDefault="00000000">
            <w:pPr>
              <w:keepLines/>
            </w:pPr>
            <w:r>
              <w:t>First Horizon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6B0E5E86" w14:textId="77777777" w:rsidR="0034232A" w:rsidRDefault="00000000">
            <w:pPr>
              <w:keepLines/>
            </w:pPr>
            <w:r>
              <w:rPr>
                <w:b/>
              </w:rPr>
              <w:t>Gina Joanos</w:t>
            </w:r>
            <w:r>
              <w:br/>
              <w:t>NMLS ID 1556075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214D3112" w14:textId="77777777" w:rsidR="0034232A" w:rsidRDefault="00000000">
            <w:pPr>
              <w:keepLines/>
            </w:pPr>
            <w:r>
              <w:t>Covington,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296032B7" w14:textId="77777777" w:rsidR="0034232A" w:rsidRDefault="00000000">
            <w:pPr>
              <w:keepLines/>
            </w:pPr>
            <w:r>
              <w:t>(504) 655-5171</w:t>
            </w:r>
            <w:r>
              <w:br/>
              <w:t>gina.joanos@firsthorizon.com</w:t>
            </w:r>
          </w:p>
        </w:tc>
      </w:tr>
      <w:tr w:rsidR="0034232A" w14:paraId="246F22E4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42E8E774" w14:textId="77777777" w:rsidR="0034232A" w:rsidRDefault="00000000">
            <w:pPr>
              <w:keepLines/>
            </w:pPr>
            <w:r>
              <w:t>First Horizon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7C0419DD" w14:textId="77777777" w:rsidR="0034232A" w:rsidRDefault="00000000">
            <w:pPr>
              <w:keepLines/>
            </w:pPr>
            <w:r>
              <w:rPr>
                <w:b/>
              </w:rPr>
              <w:t>Alana Mears</w:t>
            </w:r>
            <w:r>
              <w:br/>
              <w:t>NMLS ID 428517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4461337D" w14:textId="77777777" w:rsidR="0034232A" w:rsidRDefault="00000000">
            <w:pPr>
              <w:keepLines/>
            </w:pPr>
            <w:r>
              <w:t>Lake Charles,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0011428" w14:textId="77777777" w:rsidR="0034232A" w:rsidRDefault="00000000">
            <w:pPr>
              <w:keepLines/>
            </w:pPr>
            <w:r>
              <w:t>(337) 312-7663</w:t>
            </w:r>
            <w:r>
              <w:br/>
              <w:t>alana.mears@firsthorizon.com</w:t>
            </w:r>
          </w:p>
        </w:tc>
      </w:tr>
      <w:tr w:rsidR="0034232A" w14:paraId="336499B0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569A4EEE" w14:textId="77777777" w:rsidR="0034232A" w:rsidRDefault="00000000">
            <w:pPr>
              <w:keepLines/>
            </w:pPr>
            <w:r>
              <w:t>First Horizon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78D2F2F3" w14:textId="77777777" w:rsidR="0034232A" w:rsidRDefault="00000000">
            <w:pPr>
              <w:keepLines/>
            </w:pPr>
            <w:r>
              <w:rPr>
                <w:b/>
              </w:rPr>
              <w:t>Amber Patout</w:t>
            </w:r>
            <w:r>
              <w:br/>
              <w:t>NMLS ID 1566058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4FBF4318" w14:textId="77777777" w:rsidR="0034232A" w:rsidRDefault="00000000">
            <w:pPr>
              <w:keepLines/>
            </w:pPr>
            <w:r>
              <w:t>New Iberia,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777DE26E" w14:textId="77777777" w:rsidR="0034232A" w:rsidRDefault="00000000">
            <w:pPr>
              <w:keepLines/>
            </w:pPr>
            <w:r>
              <w:t>(337) 521-4043</w:t>
            </w:r>
            <w:r>
              <w:br/>
              <w:t>amber.patout@firsthorizon.com</w:t>
            </w:r>
          </w:p>
        </w:tc>
      </w:tr>
      <w:tr w:rsidR="0034232A" w14:paraId="6255C93A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568B501" w14:textId="77777777" w:rsidR="0034232A" w:rsidRDefault="00000000">
            <w:pPr>
              <w:keepLines/>
            </w:pPr>
            <w:r>
              <w:t>GMFS,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0CF4A675" w14:textId="77777777" w:rsidR="0034232A" w:rsidRDefault="00000000">
            <w:pPr>
              <w:keepLines/>
            </w:pPr>
            <w:r>
              <w:rPr>
                <w:b/>
              </w:rPr>
              <w:t>Michelle Acosta</w:t>
            </w:r>
            <w:r>
              <w:br/>
              <w:t>NMLS ID 1244538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20A287BC" w14:textId="77777777" w:rsidR="0034232A" w:rsidRDefault="00000000">
            <w:pPr>
              <w:keepLines/>
            </w:pPr>
            <w:r>
              <w:t>Mandeville,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63DF7BD" w14:textId="77777777" w:rsidR="0034232A" w:rsidRDefault="00000000">
            <w:pPr>
              <w:keepLines/>
            </w:pPr>
            <w:r>
              <w:t>(985) 237-1240</w:t>
            </w:r>
            <w:r>
              <w:br/>
              <w:t>macosta@gmfslending.com</w:t>
            </w:r>
          </w:p>
        </w:tc>
      </w:tr>
      <w:tr w:rsidR="0034232A" w14:paraId="1483B061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10159F6C" w14:textId="77777777" w:rsidR="0034232A" w:rsidRDefault="00000000">
            <w:pPr>
              <w:keepLines/>
            </w:pPr>
            <w:r>
              <w:lastRenderedPageBreak/>
              <w:t>GMFS,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2891B48C" w14:textId="77777777" w:rsidR="0034232A" w:rsidRDefault="00000000">
            <w:pPr>
              <w:keepLines/>
            </w:pPr>
            <w:r>
              <w:rPr>
                <w:b/>
              </w:rPr>
              <w:t>Dylan Barbier</w:t>
            </w:r>
            <w:r>
              <w:br/>
              <w:t>NMLS ID 2595569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78C82F2E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2C6ED20" w14:textId="77777777" w:rsidR="0034232A" w:rsidRDefault="00000000">
            <w:pPr>
              <w:keepLines/>
            </w:pPr>
            <w:r>
              <w:t>(225) 490-6638</w:t>
            </w:r>
            <w:r>
              <w:br/>
              <w:t>dbarbier@gmfslending.com</w:t>
            </w:r>
          </w:p>
        </w:tc>
      </w:tr>
      <w:tr w:rsidR="0034232A" w14:paraId="1BFB8AC4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1B124538" w14:textId="77777777" w:rsidR="0034232A" w:rsidRDefault="00000000">
            <w:pPr>
              <w:keepLines/>
            </w:pPr>
            <w:r>
              <w:t>GMFS,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26F62FDD" w14:textId="77777777" w:rsidR="0034232A" w:rsidRDefault="00000000">
            <w:pPr>
              <w:keepLines/>
            </w:pPr>
            <w:r>
              <w:rPr>
                <w:b/>
              </w:rPr>
              <w:t>Randi Barrett</w:t>
            </w:r>
            <w:r>
              <w:br/>
              <w:t>NMLS ID 111677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4D9705CE" w14:textId="77777777" w:rsidR="0034232A" w:rsidRDefault="00000000">
            <w:pPr>
              <w:keepLines/>
            </w:pPr>
            <w:r>
              <w:t>Mandeville,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35C6857B" w14:textId="77777777" w:rsidR="0034232A" w:rsidRDefault="00000000">
            <w:pPr>
              <w:keepLines/>
            </w:pPr>
            <w:r>
              <w:t>(504) 296-8454</w:t>
            </w:r>
            <w:r>
              <w:br/>
              <w:t>rbarrett@gmfslending.com</w:t>
            </w:r>
          </w:p>
        </w:tc>
      </w:tr>
      <w:tr w:rsidR="0034232A" w14:paraId="326A017E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1C0734D5" w14:textId="77777777" w:rsidR="0034232A" w:rsidRDefault="00000000">
            <w:pPr>
              <w:keepLines/>
            </w:pPr>
            <w:r>
              <w:t>GMFS,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5B82889F" w14:textId="77777777" w:rsidR="0034232A" w:rsidRDefault="00000000">
            <w:pPr>
              <w:keepLines/>
            </w:pPr>
            <w:r>
              <w:rPr>
                <w:b/>
              </w:rPr>
              <w:t>Brandy Boudreaux</w:t>
            </w:r>
            <w:r>
              <w:br/>
              <w:t>NMLS ID 1236884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39C03346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1D7BD368" w14:textId="77777777" w:rsidR="0034232A" w:rsidRDefault="00000000">
            <w:pPr>
              <w:keepLines/>
            </w:pPr>
            <w:r>
              <w:t>(225) 953-3088</w:t>
            </w:r>
            <w:r>
              <w:br/>
              <w:t>bboudreaux@gmfslending.com</w:t>
            </w:r>
          </w:p>
        </w:tc>
      </w:tr>
      <w:tr w:rsidR="0034232A" w14:paraId="709BF696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7C807E8" w14:textId="77777777" w:rsidR="0034232A" w:rsidRDefault="00000000">
            <w:pPr>
              <w:keepLines/>
            </w:pPr>
            <w:r>
              <w:t>GMFS,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FE40D8C" w14:textId="77777777" w:rsidR="0034232A" w:rsidRDefault="00000000">
            <w:pPr>
              <w:keepLines/>
            </w:pPr>
            <w:r>
              <w:rPr>
                <w:b/>
              </w:rPr>
              <w:t>Melissa Brackley</w:t>
            </w:r>
            <w:r>
              <w:br/>
              <w:t>NMLS ID 197065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2AE88B87" w14:textId="77777777" w:rsidR="0034232A" w:rsidRDefault="00000000">
            <w:pPr>
              <w:keepLines/>
            </w:pPr>
            <w:r>
              <w:t>Covington,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363D8173" w14:textId="77777777" w:rsidR="0034232A" w:rsidRDefault="00000000">
            <w:pPr>
              <w:keepLines/>
            </w:pPr>
            <w:r>
              <w:t>(985) 210-3375</w:t>
            </w:r>
            <w:r>
              <w:br/>
              <w:t>mbrackley@gmfslending.com</w:t>
            </w:r>
          </w:p>
        </w:tc>
      </w:tr>
      <w:tr w:rsidR="0034232A" w14:paraId="29C3C399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2A4FC238" w14:textId="77777777" w:rsidR="0034232A" w:rsidRDefault="00000000">
            <w:pPr>
              <w:keepLines/>
            </w:pPr>
            <w:r>
              <w:t>GMFS,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50DA9D35" w14:textId="77777777" w:rsidR="0034232A" w:rsidRDefault="00000000">
            <w:pPr>
              <w:keepLines/>
            </w:pPr>
            <w:r>
              <w:rPr>
                <w:b/>
              </w:rPr>
              <w:t>Stacey Britton</w:t>
            </w:r>
            <w:r>
              <w:br/>
              <w:t>NMLS ID 114899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6DCDE34D" w14:textId="77777777" w:rsidR="0034232A" w:rsidRDefault="00000000">
            <w:pPr>
              <w:keepLines/>
            </w:pPr>
            <w:r>
              <w:t>Lafayette,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0E95F424" w14:textId="77777777" w:rsidR="0034232A" w:rsidRDefault="00000000">
            <w:pPr>
              <w:keepLines/>
            </w:pPr>
            <w:r>
              <w:t>(337) 412-2087</w:t>
            </w:r>
            <w:r>
              <w:br/>
              <w:t>sbritton@gmfslending.com</w:t>
            </w:r>
          </w:p>
        </w:tc>
      </w:tr>
      <w:tr w:rsidR="0034232A" w14:paraId="121A5DAD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5633991A" w14:textId="77777777" w:rsidR="0034232A" w:rsidRDefault="00000000">
            <w:pPr>
              <w:keepLines/>
            </w:pPr>
            <w:r>
              <w:t>GMFS,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14855017" w14:textId="77777777" w:rsidR="0034232A" w:rsidRDefault="00000000">
            <w:pPr>
              <w:keepLines/>
            </w:pPr>
            <w:r>
              <w:rPr>
                <w:b/>
              </w:rPr>
              <w:t>Liz Castro</w:t>
            </w:r>
            <w:r>
              <w:br/>
              <w:t>NMLS ID 2831791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595E4D6F" w14:textId="77777777" w:rsidR="0034232A" w:rsidRDefault="00000000">
            <w:pPr>
              <w:keepLines/>
            </w:pPr>
            <w:r>
              <w:t>Lake Charles,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1CD7551" w14:textId="77777777" w:rsidR="0034232A" w:rsidRDefault="00000000">
            <w:pPr>
              <w:keepLines/>
            </w:pPr>
            <w:r>
              <w:t>(337) 965-7991</w:t>
            </w:r>
            <w:r>
              <w:br/>
              <w:t>lcastro@gmfslending.com</w:t>
            </w:r>
          </w:p>
        </w:tc>
      </w:tr>
      <w:tr w:rsidR="0034232A" w14:paraId="251119A8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188860A2" w14:textId="77777777" w:rsidR="0034232A" w:rsidRDefault="00000000">
            <w:pPr>
              <w:keepLines/>
            </w:pPr>
            <w:r>
              <w:t>GMFS,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42EFF5D3" w14:textId="77777777" w:rsidR="0034232A" w:rsidRDefault="00000000">
            <w:pPr>
              <w:keepLines/>
            </w:pPr>
            <w:r>
              <w:rPr>
                <w:b/>
              </w:rPr>
              <w:t>Joshua Foster</w:t>
            </w:r>
            <w:r>
              <w:br/>
              <w:t>NMLS ID 618981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0AB68ABA" w14:textId="77777777" w:rsidR="0034232A" w:rsidRDefault="00000000">
            <w:pPr>
              <w:keepLines/>
            </w:pPr>
            <w:r>
              <w:t>Madisonville,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17F4CAB4" w14:textId="77777777" w:rsidR="0034232A" w:rsidRDefault="00000000">
            <w:pPr>
              <w:keepLines/>
            </w:pPr>
            <w:r>
              <w:t>(985) 273-8143</w:t>
            </w:r>
            <w:r>
              <w:br/>
              <w:t>jfoster@gmfslending.com</w:t>
            </w:r>
          </w:p>
        </w:tc>
      </w:tr>
      <w:tr w:rsidR="0034232A" w14:paraId="677B630E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1C1219B3" w14:textId="77777777" w:rsidR="0034232A" w:rsidRDefault="00000000">
            <w:pPr>
              <w:keepLines/>
            </w:pPr>
            <w:r>
              <w:t>GMFS,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7D70AF6E" w14:textId="77777777" w:rsidR="0034232A" w:rsidRDefault="00000000">
            <w:pPr>
              <w:keepLines/>
            </w:pPr>
            <w:r>
              <w:rPr>
                <w:b/>
              </w:rPr>
              <w:t>Crystal Geddes</w:t>
            </w:r>
            <w:r>
              <w:br/>
              <w:t>NMLS ID 1189810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67071322" w14:textId="77777777" w:rsidR="0034232A" w:rsidRDefault="00000000">
            <w:pPr>
              <w:keepLines/>
            </w:pPr>
            <w:r>
              <w:t>Lake Charles,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575E914" w14:textId="77777777" w:rsidR="0034232A" w:rsidRDefault="00000000">
            <w:pPr>
              <w:keepLines/>
            </w:pPr>
            <w:r>
              <w:t>(337) 270-2164</w:t>
            </w:r>
            <w:r>
              <w:br/>
              <w:t>cgeddes@gmfslending.com</w:t>
            </w:r>
          </w:p>
        </w:tc>
      </w:tr>
      <w:tr w:rsidR="0034232A" w14:paraId="54712EC6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0393F22C" w14:textId="77777777" w:rsidR="0034232A" w:rsidRDefault="00000000">
            <w:pPr>
              <w:keepLines/>
            </w:pPr>
            <w:r>
              <w:t>GMFS,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5DBE2C8B" w14:textId="77777777" w:rsidR="0034232A" w:rsidRDefault="00000000">
            <w:pPr>
              <w:keepLines/>
            </w:pPr>
            <w:r>
              <w:rPr>
                <w:b/>
              </w:rPr>
              <w:t>Lance Hollingsworth</w:t>
            </w:r>
            <w:r>
              <w:br/>
              <w:t>NMLS ID 93543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63BFB0ED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4BF36B88" w14:textId="77777777" w:rsidR="0034232A" w:rsidRDefault="00000000">
            <w:pPr>
              <w:keepLines/>
            </w:pPr>
            <w:r>
              <w:t>(225) 284-8491</w:t>
            </w:r>
            <w:r>
              <w:br/>
              <w:t>lhollingsworth@gmfslending.com</w:t>
            </w:r>
          </w:p>
        </w:tc>
      </w:tr>
      <w:tr w:rsidR="0034232A" w14:paraId="6CA2E182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151C5120" w14:textId="77777777" w:rsidR="0034232A" w:rsidRDefault="00000000">
            <w:pPr>
              <w:keepLines/>
            </w:pPr>
            <w:r>
              <w:t>GMFS,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7A610161" w14:textId="77777777" w:rsidR="0034232A" w:rsidRDefault="00000000">
            <w:pPr>
              <w:keepLines/>
            </w:pPr>
            <w:r>
              <w:rPr>
                <w:b/>
              </w:rPr>
              <w:t>Chad Horne</w:t>
            </w:r>
            <w:r>
              <w:br/>
              <w:t>NMLS ID 2783031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767ECE63" w14:textId="77777777" w:rsidR="0034232A" w:rsidRDefault="00000000">
            <w:pPr>
              <w:keepLines/>
            </w:pPr>
            <w:r>
              <w:t>Denham Springs,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79C09862" w14:textId="77777777" w:rsidR="0034232A" w:rsidRDefault="00000000">
            <w:pPr>
              <w:keepLines/>
            </w:pPr>
            <w:r>
              <w:t>(225) 276-7767</w:t>
            </w:r>
            <w:r>
              <w:br/>
              <w:t>chorne@gmfslending.com</w:t>
            </w:r>
          </w:p>
        </w:tc>
      </w:tr>
      <w:tr w:rsidR="0034232A" w14:paraId="36CB0A26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3FB22672" w14:textId="77777777" w:rsidR="0034232A" w:rsidRDefault="00000000">
            <w:pPr>
              <w:keepLines/>
            </w:pPr>
            <w:r>
              <w:t>GMFS,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3079C4BF" w14:textId="77777777" w:rsidR="0034232A" w:rsidRDefault="00000000">
            <w:pPr>
              <w:keepLines/>
            </w:pPr>
            <w:r>
              <w:rPr>
                <w:b/>
              </w:rPr>
              <w:t>Ashley Neely</w:t>
            </w:r>
            <w:r>
              <w:br/>
              <w:t>NMLS ID 797390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4A7DAB5A" w14:textId="77777777" w:rsidR="0034232A" w:rsidRDefault="00000000">
            <w:pPr>
              <w:keepLines/>
            </w:pPr>
            <w:r>
              <w:t>Lake Charles,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52237EF9" w14:textId="77777777" w:rsidR="0034232A" w:rsidRDefault="00000000">
            <w:pPr>
              <w:keepLines/>
            </w:pPr>
            <w:r>
              <w:t>(337) 246-2414</w:t>
            </w:r>
            <w:r>
              <w:br/>
              <w:t>aneely@gmfslending.com</w:t>
            </w:r>
          </w:p>
        </w:tc>
      </w:tr>
      <w:tr w:rsidR="0034232A" w14:paraId="512C6616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65118AA" w14:textId="77777777" w:rsidR="0034232A" w:rsidRDefault="00000000">
            <w:pPr>
              <w:keepLines/>
            </w:pPr>
            <w:r>
              <w:t>GMFS,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102C08D4" w14:textId="77777777" w:rsidR="0034232A" w:rsidRDefault="00000000">
            <w:pPr>
              <w:keepLines/>
            </w:pPr>
            <w:r>
              <w:rPr>
                <w:b/>
              </w:rPr>
              <w:t>Paul Plaisance</w:t>
            </w:r>
            <w:r>
              <w:br/>
              <w:t>NMLS ID 111033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045B630B" w14:textId="77777777" w:rsidR="0034232A" w:rsidRDefault="00000000">
            <w:pPr>
              <w:keepLines/>
            </w:pPr>
            <w:r>
              <w:t>Covington,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40F34F0C" w14:textId="77777777" w:rsidR="0034232A" w:rsidRDefault="00000000">
            <w:pPr>
              <w:keepLines/>
            </w:pPr>
            <w:r>
              <w:t>(985) 237-1346</w:t>
            </w:r>
            <w:r>
              <w:br/>
              <w:t>pp@gmfslending.com</w:t>
            </w:r>
          </w:p>
        </w:tc>
      </w:tr>
      <w:tr w:rsidR="0034232A" w14:paraId="4D4AF120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2F5534F5" w14:textId="77777777" w:rsidR="0034232A" w:rsidRDefault="00000000">
            <w:pPr>
              <w:keepLines/>
            </w:pPr>
            <w:r>
              <w:t>GMFS,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72DD621C" w14:textId="77777777" w:rsidR="0034232A" w:rsidRDefault="00000000">
            <w:pPr>
              <w:keepLines/>
            </w:pPr>
            <w:r>
              <w:rPr>
                <w:b/>
              </w:rPr>
              <w:t>Shannon Rasbury</w:t>
            </w:r>
            <w:r>
              <w:br/>
              <w:t>NMLS ID 1911320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3209B479" w14:textId="77777777" w:rsidR="0034232A" w:rsidRDefault="00000000">
            <w:pPr>
              <w:keepLines/>
            </w:pPr>
            <w:r>
              <w:t>Prairieville,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95D59CD" w14:textId="77777777" w:rsidR="0034232A" w:rsidRDefault="00000000">
            <w:pPr>
              <w:keepLines/>
            </w:pPr>
            <w:r>
              <w:t>(225) 907-4445</w:t>
            </w:r>
            <w:r>
              <w:br/>
              <w:t>srasbury@gmfslending.com</w:t>
            </w:r>
          </w:p>
        </w:tc>
      </w:tr>
      <w:tr w:rsidR="0034232A" w14:paraId="024716F7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4F1148CB" w14:textId="77777777" w:rsidR="0034232A" w:rsidRDefault="00000000">
            <w:pPr>
              <w:keepLines/>
            </w:pPr>
            <w:r>
              <w:lastRenderedPageBreak/>
              <w:t>GMFS,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65226A5C" w14:textId="77777777" w:rsidR="0034232A" w:rsidRDefault="00000000">
            <w:pPr>
              <w:keepLines/>
            </w:pPr>
            <w:r>
              <w:rPr>
                <w:b/>
              </w:rPr>
              <w:t>Monique Smith</w:t>
            </w:r>
            <w:r>
              <w:br/>
              <w:t>NMLS ID 1112638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74574AB9" w14:textId="77777777" w:rsidR="0034232A" w:rsidRDefault="00000000">
            <w:pPr>
              <w:keepLines/>
            </w:pPr>
            <w:r>
              <w:t>Lafayette,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53DA8C59" w14:textId="77777777" w:rsidR="0034232A" w:rsidRDefault="00000000">
            <w:pPr>
              <w:keepLines/>
            </w:pPr>
            <w:r>
              <w:t>(337) 852-8314</w:t>
            </w:r>
            <w:r>
              <w:br/>
              <w:t>msmith@gmfslending.com</w:t>
            </w:r>
          </w:p>
        </w:tc>
      </w:tr>
      <w:tr w:rsidR="0034232A" w14:paraId="0FF128B4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C48B308" w14:textId="77777777" w:rsidR="0034232A" w:rsidRDefault="00000000">
            <w:pPr>
              <w:keepLines/>
            </w:pPr>
            <w:r>
              <w:t>GMFS,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0C0927AF" w14:textId="77777777" w:rsidR="0034232A" w:rsidRDefault="00000000">
            <w:pPr>
              <w:keepLines/>
            </w:pPr>
            <w:r>
              <w:rPr>
                <w:b/>
              </w:rPr>
              <w:t>Jason Vick</w:t>
            </w:r>
            <w:r>
              <w:br/>
              <w:t>NMLS ID 716198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6440CA9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0BA6900E" w14:textId="77777777" w:rsidR="0034232A" w:rsidRDefault="00000000">
            <w:pPr>
              <w:keepLines/>
            </w:pPr>
            <w:r>
              <w:t>(225) 218-5423</w:t>
            </w:r>
            <w:r>
              <w:br/>
              <w:t>jvick@gmfslending.com</w:t>
            </w:r>
          </w:p>
        </w:tc>
      </w:tr>
      <w:tr w:rsidR="0034232A" w14:paraId="7B237D28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1B33D09" w14:textId="77777777" w:rsidR="0034232A" w:rsidRDefault="00000000">
            <w:pPr>
              <w:keepLines/>
            </w:pPr>
            <w:r>
              <w:t>Guaranteed Rate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44394C39" w14:textId="77777777" w:rsidR="0034232A" w:rsidRDefault="00000000">
            <w:pPr>
              <w:keepLines/>
            </w:pPr>
            <w:r>
              <w:rPr>
                <w:b/>
              </w:rPr>
              <w:t>Calvin Dees</w:t>
            </w:r>
            <w:r>
              <w:br/>
              <w:t>NMLS ID 138553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652E0B42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3272DA0A" w14:textId="77777777" w:rsidR="0034232A" w:rsidRDefault="00000000">
            <w:pPr>
              <w:keepLines/>
            </w:pPr>
            <w:r>
              <w:t>(225) 281-6726</w:t>
            </w:r>
            <w:r>
              <w:br/>
              <w:t>calvin.dees@rate.com</w:t>
            </w:r>
          </w:p>
        </w:tc>
      </w:tr>
      <w:tr w:rsidR="0034232A" w14:paraId="7BEF5518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1B856B55" w14:textId="77777777" w:rsidR="0034232A" w:rsidRDefault="00000000">
            <w:pPr>
              <w:keepLines/>
            </w:pPr>
            <w:r>
              <w:t>Guaranteed Rate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687362D5" w14:textId="77777777" w:rsidR="0034232A" w:rsidRDefault="00000000">
            <w:pPr>
              <w:keepLines/>
            </w:pPr>
            <w:r>
              <w:rPr>
                <w:b/>
              </w:rPr>
              <w:t>Tiffany Thomas</w:t>
            </w:r>
            <w:r>
              <w:br/>
              <w:t>NMLS ID 310876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2DA3861B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755C95E4" w14:textId="77777777" w:rsidR="0034232A" w:rsidRDefault="00000000">
            <w:pPr>
              <w:keepLines/>
            </w:pPr>
            <w:r>
              <w:t>(225) 964-0693</w:t>
            </w:r>
            <w:r>
              <w:br/>
              <w:t>tiffany.thomas@rate.com</w:t>
            </w:r>
          </w:p>
        </w:tc>
      </w:tr>
      <w:tr w:rsidR="0034232A" w14:paraId="46CD284B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7A070EE" w14:textId="77777777" w:rsidR="0034232A" w:rsidRDefault="00000000">
            <w:pPr>
              <w:keepLines/>
            </w:pPr>
            <w:r>
              <w:t>Guild Mortgage Company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51193400" w14:textId="77777777" w:rsidR="0034232A" w:rsidRDefault="00000000">
            <w:pPr>
              <w:keepLines/>
            </w:pPr>
            <w:r>
              <w:rPr>
                <w:b/>
              </w:rPr>
              <w:t>Dawn Schweiker</w:t>
            </w:r>
            <w:r>
              <w:br/>
              <w:t>NMLS ID 230645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4EECC029" w14:textId="77777777" w:rsidR="0034232A" w:rsidRDefault="00000000">
            <w:pPr>
              <w:keepLines/>
            </w:pPr>
            <w:r>
              <w:t>Vero Beach, FL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B94CEC4" w14:textId="77777777" w:rsidR="0034232A" w:rsidRDefault="00000000">
            <w:pPr>
              <w:keepLines/>
            </w:pPr>
            <w:r>
              <w:t>(609) 560-2052</w:t>
            </w:r>
            <w:r>
              <w:br/>
              <w:t>dschweiker@guildmortgage.net</w:t>
            </w:r>
          </w:p>
        </w:tc>
      </w:tr>
      <w:tr w:rsidR="0034232A" w14:paraId="5359E987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478F9F16" w14:textId="77777777" w:rsidR="0034232A" w:rsidRDefault="00000000">
            <w:pPr>
              <w:keepLines/>
            </w:pPr>
            <w:r>
              <w:t>Guild Mortgage Company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6BD6E0A9" w14:textId="77777777" w:rsidR="0034232A" w:rsidRDefault="00000000">
            <w:pPr>
              <w:keepLines/>
            </w:pPr>
            <w:r>
              <w:rPr>
                <w:b/>
              </w:rPr>
              <w:t>Clarke Southall</w:t>
            </w:r>
            <w:r>
              <w:br/>
              <w:t>NMLS ID 89416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2D75B326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1766871C" w14:textId="77777777" w:rsidR="0034232A" w:rsidRDefault="00000000">
            <w:pPr>
              <w:keepLines/>
            </w:pPr>
            <w:r>
              <w:t>(225) 505-7420</w:t>
            </w:r>
            <w:r>
              <w:br/>
              <w:t>csouthall@guildmortgage.net</w:t>
            </w:r>
          </w:p>
        </w:tc>
      </w:tr>
      <w:tr w:rsidR="0034232A" w14:paraId="6D3AD292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B60CE43" w14:textId="77777777" w:rsidR="0034232A" w:rsidRDefault="00000000">
            <w:pPr>
              <w:keepLines/>
            </w:pPr>
            <w:r>
              <w:t>Gulf Coast Bank &amp; Trust Company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0BD5C19A" w14:textId="77777777" w:rsidR="0034232A" w:rsidRDefault="00000000">
            <w:pPr>
              <w:keepLines/>
            </w:pPr>
            <w:r>
              <w:rPr>
                <w:b/>
              </w:rPr>
              <w:t>Tiffany Bruno</w:t>
            </w:r>
            <w:r>
              <w:br/>
              <w:t>NMLS ID 881348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2270DB95" w14:textId="77777777" w:rsidR="0034232A" w:rsidRDefault="00000000">
            <w:pPr>
              <w:keepLines/>
            </w:pPr>
            <w:r>
              <w:t>Mandeville,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5EA4A42A" w14:textId="77777777" w:rsidR="0034232A" w:rsidRDefault="00000000">
            <w:pPr>
              <w:keepLines/>
            </w:pPr>
            <w:r>
              <w:t>(985) 246-9110</w:t>
            </w:r>
            <w:r>
              <w:br/>
              <w:t>tiffanybruno@gulfbank.com</w:t>
            </w:r>
          </w:p>
        </w:tc>
      </w:tr>
      <w:tr w:rsidR="0034232A" w14:paraId="7314E98F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04AD19C9" w14:textId="77777777" w:rsidR="0034232A" w:rsidRDefault="00000000">
            <w:pPr>
              <w:keepLines/>
            </w:pPr>
            <w:r>
              <w:t>Gulf Coast Bank &amp; Trust Company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7FC2F979" w14:textId="77777777" w:rsidR="0034232A" w:rsidRDefault="00000000">
            <w:pPr>
              <w:keepLines/>
            </w:pPr>
            <w:r>
              <w:rPr>
                <w:b/>
              </w:rPr>
              <w:t>Gabrielle Camper</w:t>
            </w:r>
            <w:r>
              <w:br/>
              <w:t>NMLS ID 1901865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75E9A5C4" w14:textId="77777777" w:rsidR="0034232A" w:rsidRDefault="00000000">
            <w:pPr>
              <w:keepLines/>
            </w:pPr>
            <w:r>
              <w:t>Slidell,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1F895880" w14:textId="77777777" w:rsidR="0034232A" w:rsidRDefault="00000000">
            <w:pPr>
              <w:keepLines/>
            </w:pPr>
            <w:r>
              <w:t>(985) 259-9984</w:t>
            </w:r>
            <w:r>
              <w:br/>
              <w:t>gabriellecamper@gulfbank.com</w:t>
            </w:r>
          </w:p>
        </w:tc>
      </w:tr>
      <w:tr w:rsidR="0034232A" w14:paraId="33585679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04510299" w14:textId="77777777" w:rsidR="0034232A" w:rsidRDefault="00000000">
            <w:pPr>
              <w:keepLines/>
            </w:pPr>
            <w:r>
              <w:t>Gulf Coast Bank &amp; Trust Company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2DD4D92" w14:textId="77777777" w:rsidR="0034232A" w:rsidRDefault="00000000">
            <w:pPr>
              <w:keepLines/>
            </w:pPr>
            <w:r>
              <w:rPr>
                <w:b/>
              </w:rPr>
              <w:t>Lisa Cooper</w:t>
            </w:r>
            <w:r>
              <w:br/>
              <w:t>NMLS ID 466113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6EF5B766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389AA54" w14:textId="77777777" w:rsidR="0034232A" w:rsidRDefault="00000000">
            <w:pPr>
              <w:keepLines/>
            </w:pPr>
            <w:r>
              <w:t>(225) 938-8803</w:t>
            </w:r>
            <w:r>
              <w:br/>
              <w:t>lisacooper@gulfbank.com</w:t>
            </w:r>
          </w:p>
        </w:tc>
      </w:tr>
      <w:tr w:rsidR="0034232A" w14:paraId="50616028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5EFA2065" w14:textId="77777777" w:rsidR="0034232A" w:rsidRDefault="00000000">
            <w:pPr>
              <w:keepLines/>
            </w:pPr>
            <w:r>
              <w:t>Gulf Coast Bank &amp; Trust Company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3CB9A4A0" w14:textId="77777777" w:rsidR="0034232A" w:rsidRDefault="00000000">
            <w:pPr>
              <w:keepLines/>
            </w:pPr>
            <w:r>
              <w:rPr>
                <w:b/>
              </w:rPr>
              <w:t>Patty Daigle</w:t>
            </w:r>
            <w:r>
              <w:br/>
              <w:t>NMLS ID 657648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38ED511D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034D87DA" w14:textId="77777777" w:rsidR="0034232A" w:rsidRDefault="00000000">
            <w:pPr>
              <w:keepLines/>
            </w:pPr>
            <w:r>
              <w:t>(504) 251-7572</w:t>
            </w:r>
            <w:r>
              <w:br/>
              <w:t>pattydaigle@gulfbank.com</w:t>
            </w:r>
          </w:p>
        </w:tc>
      </w:tr>
      <w:tr w:rsidR="0034232A" w14:paraId="59D6165E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42B2AD95" w14:textId="77777777" w:rsidR="0034232A" w:rsidRDefault="00000000">
            <w:pPr>
              <w:keepLines/>
            </w:pPr>
            <w:r>
              <w:t>Gulf Coast Bank &amp; Trust Company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5BBA0FCF" w14:textId="77777777" w:rsidR="0034232A" w:rsidRDefault="00000000">
            <w:pPr>
              <w:keepLines/>
            </w:pPr>
            <w:r>
              <w:rPr>
                <w:b/>
              </w:rPr>
              <w:t>Rosalind Jones</w:t>
            </w:r>
            <w:r>
              <w:br/>
              <w:t>NMLS ID 110787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0BFD5A82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185ECB2" w14:textId="77777777" w:rsidR="0034232A" w:rsidRDefault="00000000">
            <w:pPr>
              <w:keepLines/>
            </w:pPr>
            <w:r>
              <w:t>(225) 963-0237</w:t>
            </w:r>
            <w:r>
              <w:br/>
              <w:t>rosalindjones@gulfbank.com</w:t>
            </w:r>
          </w:p>
        </w:tc>
      </w:tr>
      <w:tr w:rsidR="0034232A" w14:paraId="42F73268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05250CB6" w14:textId="77777777" w:rsidR="0034232A" w:rsidRDefault="00000000">
            <w:pPr>
              <w:keepLines/>
            </w:pPr>
            <w:r>
              <w:t>Gulf Coast Bank &amp; Trust Company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79655F8E" w14:textId="77777777" w:rsidR="0034232A" w:rsidRDefault="00000000">
            <w:pPr>
              <w:keepLines/>
            </w:pPr>
            <w:r>
              <w:rPr>
                <w:b/>
              </w:rPr>
              <w:t>Scarlet Russell</w:t>
            </w:r>
            <w:r>
              <w:br/>
              <w:t>NMLS ID 2308242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410FC8B1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1592FCC1" w14:textId="77777777" w:rsidR="0034232A" w:rsidRDefault="00000000">
            <w:pPr>
              <w:keepLines/>
            </w:pPr>
            <w:r>
              <w:t>(225) 385-5277</w:t>
            </w:r>
            <w:r>
              <w:br/>
              <w:t>scarletrussell@gulfbank.com</w:t>
            </w:r>
          </w:p>
        </w:tc>
      </w:tr>
      <w:tr w:rsidR="0034232A" w14:paraId="142DFC70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055A5C3" w14:textId="77777777" w:rsidR="0034232A" w:rsidRDefault="00000000">
            <w:pPr>
              <w:keepLines/>
            </w:pPr>
            <w:r>
              <w:t>Gulf Coast Bank &amp; Trust Company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10C4E57C" w14:textId="77777777" w:rsidR="0034232A" w:rsidRDefault="00000000">
            <w:pPr>
              <w:keepLines/>
            </w:pPr>
            <w:r>
              <w:rPr>
                <w:b/>
              </w:rPr>
              <w:t>Daina Short</w:t>
            </w:r>
            <w:r>
              <w:br/>
              <w:t>NMLS ID 87686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6CA49000" w14:textId="77777777" w:rsidR="0034232A" w:rsidRDefault="00000000">
            <w:pPr>
              <w:keepLines/>
            </w:pPr>
            <w:r>
              <w:t>Folsom,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0035348F" w14:textId="77777777" w:rsidR="0034232A" w:rsidRDefault="00000000">
            <w:pPr>
              <w:keepLines/>
            </w:pPr>
            <w:r>
              <w:t>(985) 249-7246</w:t>
            </w:r>
            <w:r>
              <w:br/>
              <w:t>dainashort@gulfbank.com</w:t>
            </w:r>
          </w:p>
        </w:tc>
      </w:tr>
      <w:tr w:rsidR="0034232A" w14:paraId="3914577F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433A07CA" w14:textId="77777777" w:rsidR="0034232A" w:rsidRDefault="00000000">
            <w:pPr>
              <w:keepLines/>
            </w:pPr>
            <w:r>
              <w:lastRenderedPageBreak/>
              <w:t>Gulf Coast Bank &amp; Trust Company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2449B3F2" w14:textId="77777777" w:rsidR="0034232A" w:rsidRDefault="00000000">
            <w:pPr>
              <w:keepLines/>
            </w:pPr>
            <w:r>
              <w:rPr>
                <w:b/>
              </w:rPr>
              <w:t>Maylia Trahan</w:t>
            </w:r>
            <w:r>
              <w:br/>
              <w:t>NMLS ID 2113433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3A89159E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80F2BE9" w14:textId="77777777" w:rsidR="0034232A" w:rsidRDefault="00000000">
            <w:pPr>
              <w:keepLines/>
            </w:pPr>
            <w:r>
              <w:t>(225) 278-5319</w:t>
            </w:r>
            <w:r>
              <w:br/>
              <w:t>mayliatrahan@gulfbank.com</w:t>
            </w:r>
          </w:p>
        </w:tc>
      </w:tr>
      <w:tr w:rsidR="0034232A" w14:paraId="08A94DC6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5C6D7269" w14:textId="77777777" w:rsidR="0034232A" w:rsidRDefault="00000000">
            <w:pPr>
              <w:keepLines/>
            </w:pPr>
            <w:r>
              <w:t>Hancock Whitney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6DCB06BA" w14:textId="77777777" w:rsidR="0034232A" w:rsidRDefault="00000000">
            <w:pPr>
              <w:keepLines/>
            </w:pPr>
            <w:r>
              <w:rPr>
                <w:b/>
              </w:rPr>
              <w:t>Brooke Abrusley Pilley</w:t>
            </w:r>
            <w:r>
              <w:br/>
              <w:t>NMLS ID 1453924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20CDEC95" w14:textId="77777777" w:rsidR="0034232A" w:rsidRDefault="00000000">
            <w:pPr>
              <w:keepLines/>
            </w:pPr>
            <w:r>
              <w:t>Lake Charles,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6F9CFE5" w14:textId="77777777" w:rsidR="0034232A" w:rsidRDefault="00000000">
            <w:pPr>
              <w:keepLines/>
            </w:pPr>
            <w:r>
              <w:t>(504) 258-6661</w:t>
            </w:r>
            <w:r>
              <w:br/>
              <w:t>brooke.pilley@hancockwhitney.com</w:t>
            </w:r>
          </w:p>
        </w:tc>
      </w:tr>
      <w:tr w:rsidR="0034232A" w14:paraId="55F72BB6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621966A4" w14:textId="77777777" w:rsidR="0034232A" w:rsidRDefault="00000000">
            <w:pPr>
              <w:keepLines/>
            </w:pPr>
            <w:r>
              <w:t>Hancock Whitney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038386E3" w14:textId="77777777" w:rsidR="0034232A" w:rsidRDefault="00000000">
            <w:pPr>
              <w:keepLines/>
            </w:pPr>
            <w:r>
              <w:rPr>
                <w:b/>
              </w:rPr>
              <w:t>Joseph Bellows</w:t>
            </w:r>
            <w:r>
              <w:br/>
              <w:t>NMLS ID 404678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67DA55C1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E18BC28" w14:textId="77777777" w:rsidR="0034232A" w:rsidRDefault="00000000">
            <w:pPr>
              <w:keepLines/>
            </w:pPr>
            <w:r>
              <w:t>(303) 995-8838</w:t>
            </w:r>
            <w:r>
              <w:br/>
              <w:t>joseph.bellows@hancockwhitney.com</w:t>
            </w:r>
          </w:p>
        </w:tc>
      </w:tr>
      <w:tr w:rsidR="0034232A" w14:paraId="009BC188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0654D583" w14:textId="77777777" w:rsidR="0034232A" w:rsidRDefault="00000000">
            <w:pPr>
              <w:keepLines/>
            </w:pPr>
            <w:r>
              <w:t>Hancock Whitney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7F8FC7BF" w14:textId="77777777" w:rsidR="0034232A" w:rsidRDefault="00000000">
            <w:pPr>
              <w:keepLines/>
            </w:pPr>
            <w:r>
              <w:rPr>
                <w:b/>
              </w:rPr>
              <w:t>Lesley Burke</w:t>
            </w:r>
            <w:r>
              <w:br/>
              <w:t>NMLS ID 699420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49EEDD54" w14:textId="77777777" w:rsidR="0034232A" w:rsidRDefault="00000000">
            <w:pPr>
              <w:keepLines/>
            </w:pPr>
            <w:r>
              <w:t>Mandeville,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BADAB91" w14:textId="77777777" w:rsidR="0034232A" w:rsidRDefault="00000000">
            <w:pPr>
              <w:keepLines/>
            </w:pPr>
            <w:r>
              <w:t>(504) 669-0969</w:t>
            </w:r>
            <w:r>
              <w:br/>
              <w:t>lesley.burke@hancockwhitney.com</w:t>
            </w:r>
          </w:p>
        </w:tc>
      </w:tr>
      <w:tr w:rsidR="0034232A" w14:paraId="135E579E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25C2897" w14:textId="77777777" w:rsidR="0034232A" w:rsidRDefault="00000000">
            <w:pPr>
              <w:keepLines/>
            </w:pPr>
            <w:r>
              <w:t>Hancock Whitney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548E0CCF" w14:textId="77777777" w:rsidR="0034232A" w:rsidRDefault="00000000">
            <w:pPr>
              <w:keepLines/>
            </w:pPr>
            <w:r>
              <w:rPr>
                <w:b/>
              </w:rPr>
              <w:t>Deatro Carey</w:t>
            </w:r>
            <w:r>
              <w:br/>
              <w:t>NMLS ID 252962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688E526A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6FC97F5" w14:textId="77777777" w:rsidR="0034232A" w:rsidRDefault="00000000">
            <w:pPr>
              <w:keepLines/>
            </w:pPr>
            <w:r>
              <w:t>(504) 586-7376</w:t>
            </w:r>
            <w:r>
              <w:br/>
              <w:t>deatro.carey@hancockwhitney.com</w:t>
            </w:r>
          </w:p>
        </w:tc>
      </w:tr>
      <w:tr w:rsidR="0034232A" w14:paraId="6BEDDB3B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553F20F" w14:textId="77777777" w:rsidR="0034232A" w:rsidRDefault="00000000">
            <w:pPr>
              <w:keepLines/>
            </w:pPr>
            <w:r>
              <w:t>Hancock Whitney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207A02FE" w14:textId="77777777" w:rsidR="0034232A" w:rsidRDefault="00000000">
            <w:pPr>
              <w:keepLines/>
            </w:pPr>
            <w:r>
              <w:rPr>
                <w:b/>
              </w:rPr>
              <w:t>Craig Coleman</w:t>
            </w:r>
            <w:r>
              <w:br/>
              <w:t>NMLS ID 684734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03D18013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72B1C6A" w14:textId="77777777" w:rsidR="0034232A" w:rsidRDefault="00000000">
            <w:pPr>
              <w:keepLines/>
            </w:pPr>
            <w:r>
              <w:t>(225) 664-1314</w:t>
            </w:r>
            <w:r>
              <w:br/>
              <w:t>craig.coleman@hancockwhitney.com</w:t>
            </w:r>
          </w:p>
        </w:tc>
      </w:tr>
      <w:tr w:rsidR="0034232A" w14:paraId="0A25BEB8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1F0066A3" w14:textId="77777777" w:rsidR="0034232A" w:rsidRDefault="00000000">
            <w:pPr>
              <w:keepLines/>
            </w:pPr>
            <w:r>
              <w:t>Hancock Whitney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6D6E4CF6" w14:textId="77777777" w:rsidR="0034232A" w:rsidRDefault="00000000">
            <w:pPr>
              <w:keepLines/>
            </w:pPr>
            <w:r>
              <w:rPr>
                <w:b/>
              </w:rPr>
              <w:t>Mindy Dinicola</w:t>
            </w:r>
            <w:r>
              <w:br/>
              <w:t>NMLS ID 701947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3B8B59BA" w14:textId="77777777" w:rsidR="0034232A" w:rsidRDefault="00000000">
            <w:pPr>
              <w:keepLines/>
            </w:pPr>
            <w:r>
              <w:t>Harvey,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6BFDFED2" w14:textId="77777777" w:rsidR="0034232A" w:rsidRDefault="00000000">
            <w:pPr>
              <w:keepLines/>
            </w:pPr>
            <w:r>
              <w:t>(504) 416-3136</w:t>
            </w:r>
            <w:r>
              <w:br/>
              <w:t>mindy.dinicola-tassin@hancockwhitney.com</w:t>
            </w:r>
          </w:p>
        </w:tc>
      </w:tr>
      <w:tr w:rsidR="0034232A" w14:paraId="584A4F1C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65125935" w14:textId="77777777" w:rsidR="0034232A" w:rsidRDefault="00000000">
            <w:pPr>
              <w:keepLines/>
            </w:pPr>
            <w:r>
              <w:t>Hancock Whitney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0BF52138" w14:textId="77777777" w:rsidR="0034232A" w:rsidRDefault="00000000">
            <w:pPr>
              <w:keepLines/>
            </w:pPr>
            <w:r>
              <w:rPr>
                <w:b/>
              </w:rPr>
              <w:t>Paul Dours</w:t>
            </w:r>
            <w:r>
              <w:br/>
              <w:t>NMLS ID 69069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56082873" w14:textId="77777777" w:rsidR="0034232A" w:rsidRDefault="00000000">
            <w:pPr>
              <w:keepLines/>
            </w:pPr>
            <w:r>
              <w:t>Metairie,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204AC15" w14:textId="77777777" w:rsidR="0034232A" w:rsidRDefault="00000000">
            <w:pPr>
              <w:keepLines/>
            </w:pPr>
            <w:r>
              <w:t>(504) 250-5984</w:t>
            </w:r>
            <w:r>
              <w:br/>
              <w:t>paul.dours@hancockwhitney.com</w:t>
            </w:r>
          </w:p>
        </w:tc>
      </w:tr>
      <w:tr w:rsidR="0034232A" w14:paraId="4411AA7C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35C9C8D4" w14:textId="77777777" w:rsidR="0034232A" w:rsidRDefault="00000000">
            <w:pPr>
              <w:keepLines/>
            </w:pPr>
            <w:r>
              <w:t>Hancock Whitney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192A36D3" w14:textId="77777777" w:rsidR="0034232A" w:rsidRDefault="00000000">
            <w:pPr>
              <w:keepLines/>
            </w:pPr>
            <w:r>
              <w:rPr>
                <w:b/>
              </w:rPr>
              <w:t>Jared Gary</w:t>
            </w:r>
            <w:r>
              <w:br/>
              <w:t>NMLS ID 88626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0385ECE9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43DE5939" w14:textId="77777777" w:rsidR="0034232A" w:rsidRDefault="00000000">
            <w:pPr>
              <w:keepLines/>
            </w:pPr>
            <w:r>
              <w:t>(225) 603-2505</w:t>
            </w:r>
            <w:r>
              <w:br/>
              <w:t>jared.gary@hancockwhitney.com</w:t>
            </w:r>
          </w:p>
        </w:tc>
      </w:tr>
      <w:tr w:rsidR="0034232A" w14:paraId="36E7E35E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74C63B86" w14:textId="77777777" w:rsidR="0034232A" w:rsidRDefault="00000000">
            <w:pPr>
              <w:keepLines/>
            </w:pPr>
            <w:r>
              <w:t>Hancock Whitney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73E673C5" w14:textId="77777777" w:rsidR="0034232A" w:rsidRDefault="00000000">
            <w:pPr>
              <w:keepLines/>
            </w:pPr>
            <w:r>
              <w:rPr>
                <w:b/>
              </w:rPr>
              <w:t>Bill Holt</w:t>
            </w:r>
            <w:r>
              <w:br/>
              <w:t>NMLS ID 148394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6AF44294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37AB04E7" w14:textId="77777777" w:rsidR="0034232A" w:rsidRDefault="00000000">
            <w:pPr>
              <w:keepLines/>
            </w:pPr>
            <w:r>
              <w:t>(225) 229-8783</w:t>
            </w:r>
            <w:r>
              <w:br/>
              <w:t>bill.holt@hancockwhitney.com</w:t>
            </w:r>
          </w:p>
        </w:tc>
      </w:tr>
      <w:tr w:rsidR="0034232A" w14:paraId="4498D3FA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90A51A1" w14:textId="77777777" w:rsidR="0034232A" w:rsidRDefault="00000000">
            <w:pPr>
              <w:keepLines/>
            </w:pPr>
            <w:r>
              <w:t>Hancock Whitney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1BEA8E71" w14:textId="77777777" w:rsidR="0034232A" w:rsidRDefault="00000000">
            <w:pPr>
              <w:keepLines/>
            </w:pPr>
            <w:r>
              <w:rPr>
                <w:b/>
              </w:rPr>
              <w:t>Tracey Lassere</w:t>
            </w:r>
            <w:r>
              <w:br/>
              <w:t>NMLS ID 82105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10674FC2" w14:textId="77777777" w:rsidR="0034232A" w:rsidRDefault="00000000">
            <w:pPr>
              <w:keepLines/>
            </w:pPr>
            <w:r>
              <w:t>Lafayette,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666B7C9F" w14:textId="77777777" w:rsidR="0034232A" w:rsidRDefault="00000000">
            <w:pPr>
              <w:keepLines/>
            </w:pPr>
            <w:r>
              <w:t>(337) 257-9146</w:t>
            </w:r>
            <w:r>
              <w:br/>
              <w:t>tracey.lassere@hancockwhitney.com</w:t>
            </w:r>
          </w:p>
        </w:tc>
      </w:tr>
      <w:tr w:rsidR="0034232A" w14:paraId="5454DFA4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608ED18" w14:textId="77777777" w:rsidR="0034232A" w:rsidRDefault="00000000">
            <w:pPr>
              <w:keepLines/>
            </w:pPr>
            <w:r>
              <w:t>Hancock Whitney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0F7C924E" w14:textId="77777777" w:rsidR="0034232A" w:rsidRDefault="00000000">
            <w:pPr>
              <w:keepLines/>
            </w:pPr>
            <w:r>
              <w:rPr>
                <w:b/>
              </w:rPr>
              <w:t>John Olsen</w:t>
            </w:r>
            <w:r>
              <w:br/>
              <w:t>NMLS ID 1144865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390572FC" w14:textId="77777777" w:rsidR="0034232A" w:rsidRDefault="00000000">
            <w:pPr>
              <w:keepLines/>
            </w:pPr>
            <w:r>
              <w:t>Gonzales,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2118ED50" w14:textId="77777777" w:rsidR="0034232A" w:rsidRDefault="00000000">
            <w:pPr>
              <w:keepLines/>
            </w:pPr>
            <w:r>
              <w:t>(225) 287-6895</w:t>
            </w:r>
            <w:r>
              <w:br/>
              <w:t>john.olsen@hancockwhitney.com</w:t>
            </w:r>
          </w:p>
        </w:tc>
      </w:tr>
      <w:tr w:rsidR="0034232A" w14:paraId="277EFB2A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57147EA7" w14:textId="77777777" w:rsidR="0034232A" w:rsidRDefault="00000000">
            <w:pPr>
              <w:keepLines/>
            </w:pPr>
            <w:r>
              <w:t>Hancock Whitney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484BB1F9" w14:textId="77777777" w:rsidR="0034232A" w:rsidRDefault="00000000">
            <w:pPr>
              <w:keepLines/>
            </w:pPr>
            <w:r>
              <w:rPr>
                <w:b/>
              </w:rPr>
              <w:t>Jacob Peralta</w:t>
            </w:r>
            <w:r>
              <w:br/>
              <w:t>NMLS ID 1918361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1AF7671D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203B8C38" w14:textId="77777777" w:rsidR="0034232A" w:rsidRDefault="00000000">
            <w:pPr>
              <w:keepLines/>
            </w:pPr>
            <w:r>
              <w:t>(504) 579-4592</w:t>
            </w:r>
            <w:r>
              <w:br/>
              <w:t>jacob.peralta@hancockwhitney.com</w:t>
            </w:r>
          </w:p>
        </w:tc>
      </w:tr>
      <w:tr w:rsidR="0034232A" w14:paraId="6AD3833F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4D764449" w14:textId="77777777" w:rsidR="0034232A" w:rsidRDefault="00000000">
            <w:pPr>
              <w:keepLines/>
            </w:pPr>
            <w:r>
              <w:lastRenderedPageBreak/>
              <w:t>Hancock Whitney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4D26900B" w14:textId="77777777" w:rsidR="0034232A" w:rsidRDefault="00000000">
            <w:pPr>
              <w:keepLines/>
            </w:pPr>
            <w:r>
              <w:rPr>
                <w:b/>
              </w:rPr>
              <w:t>Antoinette Theriot-Heim</w:t>
            </w:r>
            <w:r>
              <w:br/>
              <w:t>NMLS ID 1638187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5B70C292" w14:textId="77777777" w:rsidR="0034232A" w:rsidRDefault="00000000">
            <w:pPr>
              <w:keepLines/>
            </w:pPr>
            <w:r>
              <w:t>Kenner,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0FE54D4F" w14:textId="77777777" w:rsidR="0034232A" w:rsidRDefault="00000000">
            <w:pPr>
              <w:keepLines/>
            </w:pPr>
            <w:r>
              <w:t>(504) 615-5992</w:t>
            </w:r>
            <w:r>
              <w:br/>
              <w:t>antoinette.theriot-heim@hancockwhitney.com</w:t>
            </w:r>
          </w:p>
        </w:tc>
      </w:tr>
      <w:tr w:rsidR="0034232A" w14:paraId="78CA04C5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4F5F06E4" w14:textId="77777777" w:rsidR="0034232A" w:rsidRDefault="00000000">
            <w:pPr>
              <w:keepLines/>
            </w:pPr>
            <w:r>
              <w:t>Hancock Whitney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0B982E2D" w14:textId="77777777" w:rsidR="0034232A" w:rsidRDefault="00000000">
            <w:pPr>
              <w:keepLines/>
            </w:pPr>
            <w:r>
              <w:rPr>
                <w:b/>
              </w:rPr>
              <w:t>La Tonya Woods</w:t>
            </w:r>
            <w:r>
              <w:br/>
              <w:t>NMLS ID 2306466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6830238D" w14:textId="77777777" w:rsidR="0034232A" w:rsidRDefault="00000000">
            <w:pPr>
              <w:keepLines/>
            </w:pPr>
            <w:r>
              <w:t>Gulfport, MS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19D0C2B3" w14:textId="77777777" w:rsidR="0034232A" w:rsidRDefault="00000000">
            <w:pPr>
              <w:keepLines/>
            </w:pPr>
            <w:r>
              <w:t>(228) 822-4571</w:t>
            </w:r>
            <w:r>
              <w:br/>
              <w:t>latonya.woods@hancockwhitney.com</w:t>
            </w:r>
          </w:p>
        </w:tc>
      </w:tr>
      <w:tr w:rsidR="0034232A" w14:paraId="31C2C831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7925FF29" w14:textId="77777777" w:rsidR="0034232A" w:rsidRDefault="00000000">
            <w:pPr>
              <w:keepLines/>
            </w:pPr>
            <w:r>
              <w:t>Huntington National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41BAC300" w14:textId="77777777" w:rsidR="0034232A" w:rsidRDefault="00000000">
            <w:pPr>
              <w:keepLines/>
            </w:pPr>
            <w:r>
              <w:rPr>
                <w:b/>
              </w:rPr>
              <w:t>Chris Holden</w:t>
            </w:r>
            <w:r>
              <w:br/>
              <w:t>NMLS ID 818346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34D7C1A0" w14:textId="77777777" w:rsidR="0034232A" w:rsidRDefault="00000000">
            <w:pPr>
              <w:keepLines/>
            </w:pPr>
            <w:r>
              <w:t>Shreveport,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542BDCCF" w14:textId="77777777" w:rsidR="0034232A" w:rsidRDefault="00000000">
            <w:pPr>
              <w:keepLines/>
            </w:pPr>
            <w:r>
              <w:t>(318) 603-6063</w:t>
            </w:r>
            <w:r>
              <w:br/>
              <w:t>chris.holden@huntington.com</w:t>
            </w:r>
          </w:p>
        </w:tc>
      </w:tr>
      <w:tr w:rsidR="0034232A" w14:paraId="476B56D1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1886D539" w14:textId="77777777" w:rsidR="0034232A" w:rsidRDefault="00000000">
            <w:pPr>
              <w:keepLines/>
            </w:pPr>
            <w:r>
              <w:t>Huntington National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07AEA1E2" w14:textId="77777777" w:rsidR="0034232A" w:rsidRDefault="00000000">
            <w:pPr>
              <w:keepLines/>
            </w:pPr>
            <w:r>
              <w:rPr>
                <w:b/>
              </w:rPr>
              <w:t>Shan A. King</w:t>
            </w:r>
            <w:r>
              <w:br/>
              <w:t>NMLS ID 2366760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1851B17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7A6D1FD6" w14:textId="77777777" w:rsidR="0034232A" w:rsidRDefault="00000000">
            <w:pPr>
              <w:keepLines/>
            </w:pPr>
            <w:r>
              <w:t>(225) 953-1266</w:t>
            </w:r>
            <w:r>
              <w:br/>
              <w:t>shan.a.king@huntington.com</w:t>
            </w:r>
          </w:p>
        </w:tc>
      </w:tr>
      <w:tr w:rsidR="0034232A" w14:paraId="6B20AD7C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7BEE7659" w14:textId="77777777" w:rsidR="0034232A" w:rsidRDefault="00000000">
            <w:pPr>
              <w:keepLines/>
            </w:pPr>
            <w:r>
              <w:t>Huntington National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063F4027" w14:textId="77777777" w:rsidR="0034232A" w:rsidRDefault="00000000">
            <w:pPr>
              <w:keepLines/>
            </w:pPr>
            <w:r>
              <w:rPr>
                <w:b/>
              </w:rPr>
              <w:t>Lexy O'Brien</w:t>
            </w:r>
            <w:r>
              <w:br/>
              <w:t>NMLS ID 484942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438CC98C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0B1CCE3D" w14:textId="77777777" w:rsidR="0034232A" w:rsidRDefault="00000000">
            <w:pPr>
              <w:keepLines/>
            </w:pPr>
            <w:r>
              <w:t>(225) 975-7722</w:t>
            </w:r>
            <w:r>
              <w:br/>
              <w:t>lexy.obrien@huntington.com</w:t>
            </w:r>
          </w:p>
        </w:tc>
      </w:tr>
      <w:tr w:rsidR="0034232A" w14:paraId="6123A2D5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5FAC5825" w14:textId="77777777" w:rsidR="0034232A" w:rsidRDefault="00000000">
            <w:pPr>
              <w:keepLines/>
            </w:pPr>
            <w:r>
              <w:t>Liberty Bank and Trust Company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71BE6512" w14:textId="77777777" w:rsidR="0034232A" w:rsidRDefault="00000000">
            <w:pPr>
              <w:keepLines/>
            </w:pPr>
            <w:r>
              <w:rPr>
                <w:b/>
              </w:rPr>
              <w:t>Tracy Johnson</w:t>
            </w:r>
            <w:r>
              <w:br/>
              <w:t>NMLS ID 755807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30385761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7C7CF72E" w14:textId="77777777" w:rsidR="0034232A" w:rsidRDefault="00000000">
            <w:pPr>
              <w:keepLines/>
            </w:pPr>
            <w:r>
              <w:t>(318) 840-0356</w:t>
            </w:r>
            <w:r>
              <w:br/>
              <w:t>tmjohnson@libertybank.net</w:t>
            </w:r>
          </w:p>
        </w:tc>
      </w:tr>
      <w:tr w:rsidR="0034232A" w14:paraId="24A8B8BB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F2AC0CA" w14:textId="77777777" w:rsidR="0034232A" w:rsidRDefault="00000000">
            <w:pPr>
              <w:keepLines/>
            </w:pPr>
            <w:r>
              <w:t>Liberty Bank and Trust Company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1632BF15" w14:textId="77777777" w:rsidR="0034232A" w:rsidRDefault="00000000">
            <w:pPr>
              <w:keepLines/>
            </w:pPr>
            <w:r>
              <w:rPr>
                <w:b/>
              </w:rPr>
              <w:t>Michael Lotten</w:t>
            </w:r>
            <w:r>
              <w:br/>
              <w:t>NMLS ID 119228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33D936DC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2F1A7289" w14:textId="77777777" w:rsidR="0034232A" w:rsidRDefault="00000000">
            <w:pPr>
              <w:keepLines/>
            </w:pPr>
            <w:r>
              <w:t>(504) 240-5268</w:t>
            </w:r>
            <w:r>
              <w:br/>
              <w:t>mlotten@libertybank.net</w:t>
            </w:r>
          </w:p>
        </w:tc>
      </w:tr>
      <w:tr w:rsidR="0034232A" w14:paraId="6CCB91E4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7C391EE" w14:textId="77777777" w:rsidR="0034232A" w:rsidRDefault="00000000">
            <w:pPr>
              <w:keepLines/>
            </w:pPr>
            <w:r>
              <w:t>Liberty Bank and Trust Company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24C259EA" w14:textId="77777777" w:rsidR="0034232A" w:rsidRDefault="00000000">
            <w:pPr>
              <w:keepLines/>
            </w:pPr>
            <w:r>
              <w:rPr>
                <w:b/>
              </w:rPr>
              <w:t>Prax Melancon</w:t>
            </w:r>
            <w:r>
              <w:br/>
              <w:t>NMLS ID 708075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4F0022A0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533D2BF1" w14:textId="77777777" w:rsidR="0034232A" w:rsidRDefault="00000000">
            <w:pPr>
              <w:keepLines/>
            </w:pPr>
            <w:r>
              <w:t>(504) 240-5118</w:t>
            </w:r>
            <w:r>
              <w:br/>
              <w:t>pmelancon@libertybank.net</w:t>
            </w:r>
          </w:p>
        </w:tc>
      </w:tr>
      <w:tr w:rsidR="0034232A" w14:paraId="42E0919A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58A8D3C2" w14:textId="77777777" w:rsidR="0034232A" w:rsidRDefault="00000000">
            <w:pPr>
              <w:keepLines/>
            </w:pPr>
            <w:r>
              <w:t>loanDepot.com,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5FD0A419" w14:textId="77777777" w:rsidR="0034232A" w:rsidRDefault="00000000">
            <w:pPr>
              <w:keepLines/>
            </w:pPr>
            <w:r>
              <w:rPr>
                <w:b/>
              </w:rPr>
              <w:t>Lakisha Russell</w:t>
            </w:r>
            <w:r>
              <w:br/>
              <w:t>NMLS ID 120035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62343F20" w14:textId="77777777" w:rsidR="0034232A" w:rsidRDefault="00000000">
            <w:pPr>
              <w:keepLines/>
            </w:pPr>
            <w:r>
              <w:t>Houston, TX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0966ABFC" w14:textId="77777777" w:rsidR="0034232A" w:rsidRDefault="00000000">
            <w:pPr>
              <w:keepLines/>
            </w:pPr>
            <w:r>
              <w:t>(318) 550-1187</w:t>
            </w:r>
            <w:r>
              <w:br/>
              <w:t>lakisharussell@loandepot.com</w:t>
            </w:r>
          </w:p>
        </w:tc>
      </w:tr>
      <w:tr w:rsidR="0034232A" w14:paraId="03F5D515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3C3E9D7B" w14:textId="77777777" w:rsidR="0034232A" w:rsidRDefault="00000000">
            <w:pPr>
              <w:keepLines/>
            </w:pPr>
            <w:r>
              <w:t>M2 Lending Solutions,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492C5E09" w14:textId="77777777" w:rsidR="0034232A" w:rsidRDefault="00000000">
            <w:pPr>
              <w:keepLines/>
            </w:pPr>
            <w:r>
              <w:rPr>
                <w:b/>
              </w:rPr>
              <w:t>Shanan Daugherty</w:t>
            </w:r>
            <w:r>
              <w:br/>
              <w:t>NMLS ID 561441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46205DC1" w14:textId="77777777" w:rsidR="0034232A" w:rsidRDefault="00000000">
            <w:pPr>
              <w:keepLines/>
            </w:pPr>
            <w:r>
              <w:t>Denver, CO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62B990D3" w14:textId="77777777" w:rsidR="0034232A" w:rsidRDefault="00000000">
            <w:pPr>
              <w:keepLines/>
            </w:pPr>
            <w:r>
              <w:t>(720) 445-4143</w:t>
            </w:r>
            <w:r>
              <w:br/>
              <w:t>sdaugherty@m2lending.com</w:t>
            </w:r>
          </w:p>
        </w:tc>
      </w:tr>
      <w:tr w:rsidR="0034232A" w14:paraId="4DE301EF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08FC45B9" w14:textId="77777777" w:rsidR="0034232A" w:rsidRDefault="00000000">
            <w:pPr>
              <w:keepLines/>
            </w:pPr>
            <w:r>
              <w:t>M2 Lending Solutions,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510B7B6F" w14:textId="77777777" w:rsidR="0034232A" w:rsidRDefault="00000000">
            <w:pPr>
              <w:keepLines/>
            </w:pPr>
            <w:r>
              <w:rPr>
                <w:b/>
              </w:rPr>
              <w:t>Alisa Nguyen</w:t>
            </w:r>
            <w:r>
              <w:br/>
              <w:t>NMLS ID 1705278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408B3820" w14:textId="77777777" w:rsidR="0034232A" w:rsidRDefault="00000000">
            <w:pPr>
              <w:keepLines/>
            </w:pPr>
            <w:r>
              <w:t>Denver, CO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37F5058F" w14:textId="77777777" w:rsidR="0034232A" w:rsidRDefault="00000000">
            <w:pPr>
              <w:keepLines/>
            </w:pPr>
            <w:r>
              <w:t>(303) 847-4211</w:t>
            </w:r>
            <w:r>
              <w:br/>
              <w:t>anguyen@m2lending.com</w:t>
            </w:r>
          </w:p>
        </w:tc>
      </w:tr>
      <w:tr w:rsidR="0034232A" w14:paraId="2044898D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18CE1680" w14:textId="77777777" w:rsidR="0034232A" w:rsidRDefault="00000000">
            <w:pPr>
              <w:keepLines/>
            </w:pPr>
            <w:r>
              <w:t>Mortgage Financial Services,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3541FCD3" w14:textId="77777777" w:rsidR="0034232A" w:rsidRDefault="00000000">
            <w:pPr>
              <w:keepLines/>
            </w:pPr>
            <w:r>
              <w:rPr>
                <w:b/>
              </w:rPr>
              <w:t>Kyle Duhe</w:t>
            </w:r>
            <w:r>
              <w:br/>
              <w:t>NMLS ID 1739062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3F8CF9B4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1E543A12" w14:textId="77777777" w:rsidR="0034232A" w:rsidRDefault="00000000">
            <w:pPr>
              <w:keepLines/>
            </w:pPr>
            <w:r>
              <w:t>(225) 287-9284</w:t>
            </w:r>
            <w:r>
              <w:br/>
              <w:t>kduhe@mfsus.com</w:t>
            </w:r>
          </w:p>
        </w:tc>
      </w:tr>
      <w:tr w:rsidR="0034232A" w14:paraId="4B3B0FFC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005DA4DE" w14:textId="77777777" w:rsidR="0034232A" w:rsidRDefault="00000000">
            <w:pPr>
              <w:keepLines/>
            </w:pPr>
            <w:r>
              <w:t>Mortgage Financial Services,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238A866F" w14:textId="77777777" w:rsidR="0034232A" w:rsidRDefault="00000000">
            <w:pPr>
              <w:keepLines/>
            </w:pPr>
            <w:r>
              <w:rPr>
                <w:b/>
              </w:rPr>
              <w:t>Jessica Wagner</w:t>
            </w:r>
            <w:r>
              <w:br/>
              <w:t>NMLS ID 1649760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14540321" w14:textId="77777777" w:rsidR="0034232A" w:rsidRDefault="00000000">
            <w:pPr>
              <w:keepLines/>
            </w:pPr>
            <w:r>
              <w:t>Southlake, TX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7608D0B1" w14:textId="77777777" w:rsidR="0034232A" w:rsidRDefault="00000000">
            <w:pPr>
              <w:keepLines/>
            </w:pPr>
            <w:r>
              <w:t>(903) 815-7066</w:t>
            </w:r>
            <w:r>
              <w:br/>
              <w:t>jlittle@mfsus.com</w:t>
            </w:r>
          </w:p>
        </w:tc>
      </w:tr>
      <w:tr w:rsidR="0034232A" w14:paraId="5983C992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33E10FCA" w14:textId="77777777" w:rsidR="0034232A" w:rsidRDefault="00000000">
            <w:pPr>
              <w:keepLines/>
            </w:pPr>
            <w:r>
              <w:lastRenderedPageBreak/>
              <w:t>Mortgage Financial Services,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5C2778AB" w14:textId="77777777" w:rsidR="0034232A" w:rsidRDefault="00000000">
            <w:pPr>
              <w:keepLines/>
            </w:pPr>
            <w:r>
              <w:rPr>
                <w:b/>
              </w:rPr>
              <w:t>Julie Wallace</w:t>
            </w:r>
            <w:r>
              <w:br/>
              <w:t>NMLS ID 207607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714D327A" w14:textId="77777777" w:rsidR="0034232A" w:rsidRDefault="00000000">
            <w:pPr>
              <w:keepLines/>
            </w:pPr>
            <w:r>
              <w:t>Bowie, TX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99663EA" w14:textId="77777777" w:rsidR="0034232A" w:rsidRDefault="00000000">
            <w:pPr>
              <w:keepLines/>
            </w:pPr>
            <w:r>
              <w:t>(940) 872-0109</w:t>
            </w:r>
            <w:r>
              <w:br/>
              <w:t>jwallace@mfsus.com</w:t>
            </w:r>
          </w:p>
        </w:tc>
      </w:tr>
      <w:tr w:rsidR="0034232A" w14:paraId="0F60B937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FD8BD68" w14:textId="77777777" w:rsidR="0034232A" w:rsidRDefault="00000000">
            <w:pPr>
              <w:keepLines/>
            </w:pPr>
            <w:r>
              <w:t>Movement Mortgage,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28E710AE" w14:textId="77777777" w:rsidR="0034232A" w:rsidRDefault="00000000">
            <w:pPr>
              <w:keepLines/>
            </w:pPr>
            <w:r>
              <w:rPr>
                <w:b/>
              </w:rPr>
              <w:t>Ashley Bhramayana</w:t>
            </w:r>
            <w:r>
              <w:br/>
              <w:t>NMLS ID 934641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4377AB24" w14:textId="77777777" w:rsidR="0034232A" w:rsidRDefault="00000000">
            <w:pPr>
              <w:keepLines/>
            </w:pPr>
            <w:r>
              <w:t>Maurepas,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0ED6C4D" w14:textId="77777777" w:rsidR="0034232A" w:rsidRDefault="00000000">
            <w:pPr>
              <w:keepLines/>
            </w:pPr>
            <w:r>
              <w:t>(225) 445-5384</w:t>
            </w:r>
            <w:r>
              <w:br/>
              <w:t>ashley.bhramayana@movement.com</w:t>
            </w:r>
          </w:p>
        </w:tc>
      </w:tr>
      <w:tr w:rsidR="0034232A" w14:paraId="5DF74200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0CAE3465" w14:textId="77777777" w:rsidR="0034232A" w:rsidRDefault="00000000">
            <w:pPr>
              <w:keepLines/>
            </w:pPr>
            <w:r>
              <w:t>Movement Mortgage,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121CD020" w14:textId="77777777" w:rsidR="0034232A" w:rsidRDefault="00000000">
            <w:pPr>
              <w:keepLines/>
            </w:pPr>
            <w:r>
              <w:rPr>
                <w:b/>
              </w:rPr>
              <w:t>Kim Camet</w:t>
            </w:r>
            <w:r>
              <w:br/>
              <w:t>NMLS ID 1522917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76690F66" w14:textId="77777777" w:rsidR="0034232A" w:rsidRDefault="00000000">
            <w:pPr>
              <w:keepLines/>
            </w:pPr>
            <w:r>
              <w:t>Mandeville,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780A99A" w14:textId="77777777" w:rsidR="0034232A" w:rsidRDefault="00000000">
            <w:pPr>
              <w:keepLines/>
            </w:pPr>
            <w:r>
              <w:t>(985) 789-0281</w:t>
            </w:r>
            <w:r>
              <w:br/>
              <w:t>kim.camet@movement.com</w:t>
            </w:r>
          </w:p>
        </w:tc>
      </w:tr>
      <w:tr w:rsidR="0034232A" w14:paraId="5E8913EF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71ABD7A8" w14:textId="77777777" w:rsidR="0034232A" w:rsidRDefault="00000000">
            <w:pPr>
              <w:keepLines/>
            </w:pPr>
            <w:r>
              <w:t>Movement Mortgage,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687D4A2E" w14:textId="77777777" w:rsidR="0034232A" w:rsidRDefault="00000000">
            <w:pPr>
              <w:keepLines/>
            </w:pPr>
            <w:r>
              <w:rPr>
                <w:b/>
              </w:rPr>
              <w:t>Debra Campo</w:t>
            </w:r>
            <w:r>
              <w:br/>
              <w:t>NMLS ID 112030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2993B42F" w14:textId="77777777" w:rsidR="0034232A" w:rsidRDefault="00000000">
            <w:pPr>
              <w:keepLines/>
            </w:pPr>
            <w:r>
              <w:t>Metairie,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22743103" w14:textId="77777777" w:rsidR="0034232A" w:rsidRDefault="00000000">
            <w:pPr>
              <w:keepLines/>
            </w:pPr>
            <w:r>
              <w:t>(504) 913-6161</w:t>
            </w:r>
            <w:r>
              <w:br/>
              <w:t>debra.campo@movement.com</w:t>
            </w:r>
          </w:p>
        </w:tc>
      </w:tr>
      <w:tr w:rsidR="0034232A" w14:paraId="7F22D5D2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4BCE9B7A" w14:textId="77777777" w:rsidR="0034232A" w:rsidRDefault="00000000">
            <w:pPr>
              <w:keepLines/>
            </w:pPr>
            <w:r>
              <w:t>Movement Mortgage,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502F877D" w14:textId="77777777" w:rsidR="0034232A" w:rsidRDefault="00000000">
            <w:pPr>
              <w:keepLines/>
            </w:pPr>
            <w:r>
              <w:rPr>
                <w:b/>
              </w:rPr>
              <w:t>Bryan Chamberlain</w:t>
            </w:r>
            <w:r>
              <w:br/>
              <w:t>NMLS ID 114586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4A6D9D07" w14:textId="77777777" w:rsidR="0034232A" w:rsidRDefault="00000000">
            <w:pPr>
              <w:keepLines/>
            </w:pPr>
            <w:r>
              <w:t>Madisonville,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6A2DEE7B" w14:textId="77777777" w:rsidR="0034232A" w:rsidRDefault="00000000">
            <w:pPr>
              <w:keepLines/>
            </w:pPr>
            <w:r>
              <w:t>(504) 913-9443</w:t>
            </w:r>
            <w:r>
              <w:br/>
              <w:t>bryan.chamberlain@movement.com</w:t>
            </w:r>
          </w:p>
        </w:tc>
      </w:tr>
      <w:tr w:rsidR="0034232A" w14:paraId="7F52C10D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7671E421" w14:textId="77777777" w:rsidR="0034232A" w:rsidRDefault="00000000">
            <w:pPr>
              <w:keepLines/>
            </w:pPr>
            <w:r>
              <w:t>Movement Mortgage,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0A49B629" w14:textId="77777777" w:rsidR="0034232A" w:rsidRDefault="00000000">
            <w:pPr>
              <w:keepLines/>
            </w:pPr>
            <w:r>
              <w:rPr>
                <w:b/>
              </w:rPr>
              <w:t>Kendall Chamberlain</w:t>
            </w:r>
            <w:r>
              <w:br/>
              <w:t>NMLS ID 1550707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48DDF339" w14:textId="77777777" w:rsidR="0034232A" w:rsidRDefault="00000000">
            <w:pPr>
              <w:keepLines/>
            </w:pPr>
            <w:r>
              <w:t>Madisonville,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05C8B19E" w14:textId="77777777" w:rsidR="0034232A" w:rsidRDefault="00000000">
            <w:pPr>
              <w:keepLines/>
            </w:pPr>
            <w:r>
              <w:t>(504) 913-9443</w:t>
            </w:r>
            <w:r>
              <w:br/>
              <w:t>kendall.chamberlain@movement.com</w:t>
            </w:r>
          </w:p>
        </w:tc>
      </w:tr>
      <w:tr w:rsidR="0034232A" w14:paraId="6FB2F5D5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24C51AF1" w14:textId="77777777" w:rsidR="0034232A" w:rsidRDefault="00000000">
            <w:pPr>
              <w:keepLines/>
            </w:pPr>
            <w:r>
              <w:t>Movement Mortgage,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38A755E9" w14:textId="77777777" w:rsidR="0034232A" w:rsidRDefault="00000000">
            <w:pPr>
              <w:keepLines/>
            </w:pPr>
            <w:r>
              <w:rPr>
                <w:b/>
              </w:rPr>
              <w:t>Kimberly Finley</w:t>
            </w:r>
            <w:r>
              <w:br/>
              <w:t>NMLS ID 113064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069794A1" w14:textId="77777777" w:rsidR="0034232A" w:rsidRDefault="00000000">
            <w:pPr>
              <w:keepLines/>
            </w:pPr>
            <w:r>
              <w:t>Denham Springs,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002D94D2" w14:textId="77777777" w:rsidR="0034232A" w:rsidRDefault="00000000">
            <w:pPr>
              <w:keepLines/>
            </w:pPr>
            <w:r>
              <w:t>(225) 270-7142</w:t>
            </w:r>
            <w:r>
              <w:br/>
              <w:t>kim.finley@movement.com</w:t>
            </w:r>
          </w:p>
        </w:tc>
      </w:tr>
      <w:tr w:rsidR="0034232A" w14:paraId="4E338003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F8DD967" w14:textId="77777777" w:rsidR="0034232A" w:rsidRDefault="00000000">
            <w:pPr>
              <w:keepLines/>
            </w:pPr>
            <w:r>
              <w:t>Movement Mortgage,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FDA115F" w14:textId="77777777" w:rsidR="0034232A" w:rsidRDefault="00000000">
            <w:pPr>
              <w:keepLines/>
            </w:pPr>
            <w:r>
              <w:rPr>
                <w:b/>
              </w:rPr>
              <w:t>Falen Kapral</w:t>
            </w:r>
            <w:r>
              <w:br/>
              <w:t>NMLS ID 1829988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2BD931E5" w14:textId="77777777" w:rsidR="0034232A" w:rsidRDefault="00000000">
            <w:pPr>
              <w:keepLines/>
            </w:pPr>
            <w:r>
              <w:t>Madisonville,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465BE380" w14:textId="77777777" w:rsidR="0034232A" w:rsidRDefault="00000000">
            <w:pPr>
              <w:keepLines/>
            </w:pPr>
            <w:r>
              <w:t>(504) 329-5996</w:t>
            </w:r>
            <w:r>
              <w:br/>
              <w:t>falen.kapral@movement.com</w:t>
            </w:r>
          </w:p>
        </w:tc>
      </w:tr>
      <w:tr w:rsidR="0034232A" w14:paraId="444716B5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28C2DD1D" w14:textId="77777777" w:rsidR="0034232A" w:rsidRDefault="00000000">
            <w:pPr>
              <w:keepLines/>
            </w:pPr>
            <w:r>
              <w:t>Movement Mortgage,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56A97C33" w14:textId="77777777" w:rsidR="0034232A" w:rsidRDefault="00000000">
            <w:pPr>
              <w:keepLines/>
            </w:pPr>
            <w:r>
              <w:rPr>
                <w:b/>
              </w:rPr>
              <w:t>Hollan Knight</w:t>
            </w:r>
            <w:r>
              <w:br/>
              <w:t>NMLS ID 1971819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3F0E8220" w14:textId="77777777" w:rsidR="0034232A" w:rsidRDefault="00000000">
            <w:pPr>
              <w:keepLines/>
            </w:pPr>
            <w:r>
              <w:t>Shreveport,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2AA2D80C" w14:textId="77777777" w:rsidR="0034232A" w:rsidRDefault="00000000">
            <w:pPr>
              <w:keepLines/>
            </w:pPr>
            <w:r>
              <w:t>(318) 505-7374</w:t>
            </w:r>
            <w:r>
              <w:br/>
              <w:t>hollan.knight@movement.com</w:t>
            </w:r>
          </w:p>
        </w:tc>
      </w:tr>
      <w:tr w:rsidR="0034232A" w14:paraId="6D5EA577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763EE921" w14:textId="77777777" w:rsidR="0034232A" w:rsidRDefault="00000000">
            <w:pPr>
              <w:keepLines/>
            </w:pPr>
            <w:r>
              <w:t>Movement Mortgage,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66828CD9" w14:textId="77777777" w:rsidR="0034232A" w:rsidRDefault="00000000">
            <w:pPr>
              <w:keepLines/>
            </w:pPr>
            <w:r>
              <w:rPr>
                <w:b/>
              </w:rPr>
              <w:t>Ann Matassa</w:t>
            </w:r>
            <w:r>
              <w:br/>
              <w:t>NMLS ID 357226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39625665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0C993A4F" w14:textId="77777777" w:rsidR="0034232A" w:rsidRDefault="00000000">
            <w:pPr>
              <w:keepLines/>
            </w:pPr>
            <w:r>
              <w:t>(225) 907-7083</w:t>
            </w:r>
            <w:r>
              <w:br/>
              <w:t>ann.matassa@movement.com</w:t>
            </w:r>
          </w:p>
        </w:tc>
      </w:tr>
      <w:tr w:rsidR="0034232A" w14:paraId="445A9F78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62FEABFB" w14:textId="77777777" w:rsidR="0034232A" w:rsidRDefault="00000000">
            <w:pPr>
              <w:keepLines/>
            </w:pPr>
            <w:r>
              <w:t>Movement Mortgage,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5F18AFCC" w14:textId="77777777" w:rsidR="0034232A" w:rsidRDefault="00000000">
            <w:pPr>
              <w:keepLines/>
            </w:pPr>
            <w:r>
              <w:rPr>
                <w:b/>
              </w:rPr>
              <w:t>Donnie Picou</w:t>
            </w:r>
            <w:r>
              <w:br/>
              <w:t>NMLS ID 1517689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11D095D" w14:textId="77777777" w:rsidR="0034232A" w:rsidRDefault="00000000">
            <w:pPr>
              <w:keepLines/>
            </w:pPr>
            <w:r>
              <w:t>Metairie,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61FD0FF9" w14:textId="77777777" w:rsidR="0034232A" w:rsidRDefault="00000000">
            <w:pPr>
              <w:keepLines/>
            </w:pPr>
            <w:r>
              <w:t>(225) 247-1716</w:t>
            </w:r>
            <w:r>
              <w:br/>
              <w:t>donnie.picou@gmail.com</w:t>
            </w:r>
          </w:p>
        </w:tc>
      </w:tr>
      <w:tr w:rsidR="0034232A" w14:paraId="1A00F8A7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63A49A87" w14:textId="77777777" w:rsidR="0034232A" w:rsidRDefault="00000000">
            <w:pPr>
              <w:keepLines/>
            </w:pPr>
            <w:r>
              <w:t>Movement Mortgage,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CC92860" w14:textId="77777777" w:rsidR="0034232A" w:rsidRDefault="00000000">
            <w:pPr>
              <w:keepLines/>
            </w:pPr>
            <w:r>
              <w:rPr>
                <w:b/>
              </w:rPr>
              <w:t>Jennifer Sedberry</w:t>
            </w:r>
            <w:r>
              <w:br/>
              <w:t>NMLS ID 1938266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0C1EC3F8" w14:textId="77777777" w:rsidR="0034232A" w:rsidRDefault="00000000">
            <w:pPr>
              <w:keepLines/>
            </w:pPr>
            <w:r>
              <w:t>Hammond,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350B373" w14:textId="77777777" w:rsidR="0034232A" w:rsidRDefault="00000000">
            <w:pPr>
              <w:keepLines/>
            </w:pPr>
            <w:r>
              <w:t>(985) 969-8067</w:t>
            </w:r>
            <w:r>
              <w:br/>
              <w:t>jennifer.sedberry@movement.com</w:t>
            </w:r>
          </w:p>
        </w:tc>
      </w:tr>
      <w:tr w:rsidR="0034232A" w14:paraId="130E0831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324FE926" w14:textId="77777777" w:rsidR="0034232A" w:rsidRDefault="00000000">
            <w:pPr>
              <w:keepLines/>
            </w:pPr>
            <w:r>
              <w:t>Movement Mortgage,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3EB01F69" w14:textId="77777777" w:rsidR="0034232A" w:rsidRDefault="00000000">
            <w:pPr>
              <w:keepLines/>
            </w:pPr>
            <w:r>
              <w:rPr>
                <w:b/>
              </w:rPr>
              <w:t>Richard Sedberry</w:t>
            </w:r>
            <w:r>
              <w:br/>
              <w:t>NMLS ID 112326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05B1D95D" w14:textId="77777777" w:rsidR="0034232A" w:rsidRDefault="00000000">
            <w:pPr>
              <w:keepLines/>
            </w:pPr>
            <w:r>
              <w:t>Hammond,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12EC6C93" w14:textId="77777777" w:rsidR="0034232A" w:rsidRDefault="00000000">
            <w:pPr>
              <w:keepLines/>
            </w:pPr>
            <w:r>
              <w:t>(985) 969-8048</w:t>
            </w:r>
            <w:r>
              <w:br/>
              <w:t>rick.sedberry@movement.com</w:t>
            </w:r>
          </w:p>
        </w:tc>
      </w:tr>
      <w:tr w:rsidR="0034232A" w14:paraId="04CB1EB2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1C5CE98A" w14:textId="77777777" w:rsidR="0034232A" w:rsidRDefault="00000000">
            <w:pPr>
              <w:keepLines/>
            </w:pPr>
            <w:r>
              <w:lastRenderedPageBreak/>
              <w:t>New American Funding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3780D47" w14:textId="77777777" w:rsidR="0034232A" w:rsidRDefault="00000000">
            <w:pPr>
              <w:keepLines/>
            </w:pPr>
            <w:r>
              <w:rPr>
                <w:b/>
              </w:rPr>
              <w:t>Vernon Jenkins</w:t>
            </w:r>
            <w:r>
              <w:br/>
              <w:t>NMLS ID 111424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1FA234D6" w14:textId="77777777" w:rsidR="0034232A" w:rsidRDefault="00000000">
            <w:pPr>
              <w:keepLines/>
            </w:pPr>
            <w:r>
              <w:t>Lafayette,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2CD1B9A1" w14:textId="77777777" w:rsidR="0034232A" w:rsidRDefault="00000000">
            <w:pPr>
              <w:keepLines/>
            </w:pPr>
            <w:r>
              <w:t>(337) 207-1773</w:t>
            </w:r>
            <w:r>
              <w:br/>
              <w:t>vernon.jenkins@nafinc.com</w:t>
            </w:r>
          </w:p>
        </w:tc>
      </w:tr>
      <w:tr w:rsidR="0034232A" w14:paraId="28EBBA4E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F6557E5" w14:textId="77777777" w:rsidR="0034232A" w:rsidRDefault="00000000">
            <w:pPr>
              <w:keepLines/>
            </w:pPr>
            <w:r>
              <w:t>New American Funding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6DE9E619" w14:textId="77777777" w:rsidR="0034232A" w:rsidRDefault="00000000">
            <w:pPr>
              <w:keepLines/>
            </w:pPr>
            <w:r>
              <w:rPr>
                <w:b/>
              </w:rPr>
              <w:t>Falysia Kilbourne</w:t>
            </w:r>
            <w:r>
              <w:br/>
              <w:t>NMLS ID 2314436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412D3B4D" w14:textId="77777777" w:rsidR="0034232A" w:rsidRDefault="00000000">
            <w:pPr>
              <w:keepLines/>
            </w:pPr>
            <w:r>
              <w:t>Zachary,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7F48DA4D" w14:textId="77777777" w:rsidR="0034232A" w:rsidRDefault="00000000">
            <w:pPr>
              <w:keepLines/>
            </w:pPr>
            <w:r>
              <w:t>(225) 454-8036</w:t>
            </w:r>
            <w:r>
              <w:br/>
              <w:t>falysia.kilbourne@nafinc.com</w:t>
            </w:r>
          </w:p>
        </w:tc>
      </w:tr>
      <w:tr w:rsidR="0034232A" w14:paraId="09324785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7656FF66" w14:textId="77777777" w:rsidR="0034232A" w:rsidRDefault="00000000">
            <w:pPr>
              <w:keepLines/>
            </w:pPr>
            <w:r>
              <w:t>NOLA Lending Group, a division of First Federal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0290EDAF" w14:textId="77777777" w:rsidR="0034232A" w:rsidRDefault="00000000">
            <w:pPr>
              <w:keepLines/>
            </w:pPr>
            <w:r>
              <w:rPr>
                <w:b/>
              </w:rPr>
              <w:t>Brandon Burnside</w:t>
            </w:r>
            <w:r>
              <w:br/>
              <w:t>NMLS ID 1042389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0CFB0F58" w14:textId="77777777" w:rsidR="0034232A" w:rsidRDefault="00000000">
            <w:pPr>
              <w:keepLines/>
            </w:pPr>
            <w:r>
              <w:t>Bossier City,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688625D" w14:textId="77777777" w:rsidR="0034232A" w:rsidRDefault="00000000">
            <w:pPr>
              <w:keepLines/>
            </w:pPr>
            <w:r>
              <w:t>(318) 455-9940</w:t>
            </w:r>
            <w:r>
              <w:br/>
              <w:t>bburnside@nolalending.com</w:t>
            </w:r>
          </w:p>
        </w:tc>
      </w:tr>
      <w:tr w:rsidR="0034232A" w14:paraId="1A0A35B8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68EE7751" w14:textId="77777777" w:rsidR="0034232A" w:rsidRDefault="00000000">
            <w:pPr>
              <w:keepLines/>
            </w:pPr>
            <w:r>
              <w:t>NOLA Lending Group, a division of First Federal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1F645740" w14:textId="77777777" w:rsidR="0034232A" w:rsidRDefault="00000000">
            <w:pPr>
              <w:keepLines/>
            </w:pPr>
            <w:r>
              <w:rPr>
                <w:b/>
              </w:rPr>
              <w:t>Jonathan Clem</w:t>
            </w:r>
            <w:r>
              <w:br/>
              <w:t>NMLS ID 106289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6773F4EF" w14:textId="77777777" w:rsidR="0034232A" w:rsidRDefault="00000000">
            <w:pPr>
              <w:keepLines/>
            </w:pPr>
            <w:r>
              <w:t>Bossier City,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668867FD" w14:textId="77777777" w:rsidR="0034232A" w:rsidRDefault="00000000">
            <w:pPr>
              <w:keepLines/>
            </w:pPr>
            <w:r>
              <w:t>(318) 230-1440</w:t>
            </w:r>
            <w:r>
              <w:br/>
              <w:t>jc@nolalending.com</w:t>
            </w:r>
          </w:p>
        </w:tc>
      </w:tr>
      <w:tr w:rsidR="0034232A" w14:paraId="46C76AED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14BBA166" w14:textId="77777777" w:rsidR="0034232A" w:rsidRDefault="00000000">
            <w:pPr>
              <w:keepLines/>
            </w:pPr>
            <w:r>
              <w:t>NOLA Lending Group, a division of First Federal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7D2B7974" w14:textId="77777777" w:rsidR="0034232A" w:rsidRDefault="00000000">
            <w:pPr>
              <w:keepLines/>
            </w:pPr>
            <w:r>
              <w:rPr>
                <w:b/>
              </w:rPr>
              <w:t>James Fidler</w:t>
            </w:r>
            <w:r>
              <w:br/>
              <w:t>NMLS ID 408681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07DF4836" w14:textId="77777777" w:rsidR="0034232A" w:rsidRDefault="00000000">
            <w:pPr>
              <w:keepLines/>
            </w:pPr>
            <w:r>
              <w:t>Metairie,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BE1F6D8" w14:textId="77777777" w:rsidR="0034232A" w:rsidRDefault="00000000">
            <w:pPr>
              <w:keepLines/>
            </w:pPr>
            <w:r>
              <w:t>(504) 478-0840</w:t>
            </w:r>
            <w:r>
              <w:br/>
              <w:t>jfidler@nolalending.com</w:t>
            </w:r>
          </w:p>
        </w:tc>
      </w:tr>
      <w:tr w:rsidR="0034232A" w14:paraId="4C79A118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6B5DD140" w14:textId="77777777" w:rsidR="0034232A" w:rsidRDefault="00000000">
            <w:pPr>
              <w:keepLines/>
            </w:pPr>
            <w:r>
              <w:t>NOLA Lending Group, a division of First Federal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09316536" w14:textId="77777777" w:rsidR="0034232A" w:rsidRDefault="00000000">
            <w:pPr>
              <w:keepLines/>
            </w:pPr>
            <w:r>
              <w:rPr>
                <w:b/>
              </w:rPr>
              <w:t>David Gilyot</w:t>
            </w:r>
            <w:r>
              <w:br/>
              <w:t>NMLS ID 430771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47047DE4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125E734A" w14:textId="77777777" w:rsidR="0034232A" w:rsidRDefault="00000000">
            <w:pPr>
              <w:keepLines/>
            </w:pPr>
            <w:r>
              <w:t>(504) 289-0566</w:t>
            </w:r>
            <w:r>
              <w:br/>
              <w:t>david.gilyot@nolalending.com</w:t>
            </w:r>
          </w:p>
        </w:tc>
      </w:tr>
      <w:tr w:rsidR="0034232A" w14:paraId="6B58636B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7125ECEF" w14:textId="77777777" w:rsidR="0034232A" w:rsidRDefault="00000000">
            <w:pPr>
              <w:keepLines/>
            </w:pPr>
            <w:r>
              <w:t>NOLA Lending Group, a division of First Federal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56FF7725" w14:textId="77777777" w:rsidR="0034232A" w:rsidRDefault="00000000">
            <w:pPr>
              <w:keepLines/>
            </w:pPr>
            <w:r>
              <w:rPr>
                <w:b/>
              </w:rPr>
              <w:t>Leigh Harrison</w:t>
            </w:r>
            <w:r>
              <w:br/>
              <w:t>NMLS ID 699393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218ABD0E" w14:textId="77777777" w:rsidR="0034232A" w:rsidRDefault="00000000">
            <w:pPr>
              <w:keepLines/>
            </w:pPr>
            <w:r>
              <w:t>Mandeville,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2838A2A" w14:textId="77777777" w:rsidR="0034232A" w:rsidRDefault="00000000">
            <w:pPr>
              <w:keepLines/>
            </w:pPr>
            <w:r>
              <w:t>(504) 858-1263</w:t>
            </w:r>
            <w:r>
              <w:br/>
              <w:t>leigh.harrison@nolalending.com</w:t>
            </w:r>
          </w:p>
        </w:tc>
      </w:tr>
      <w:tr w:rsidR="0034232A" w14:paraId="2548EDC9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38EAEADF" w14:textId="77777777" w:rsidR="0034232A" w:rsidRDefault="00000000">
            <w:pPr>
              <w:keepLines/>
            </w:pPr>
            <w:r>
              <w:t>NOLA Lending Group, a division of First Federal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27412F2D" w14:textId="77777777" w:rsidR="0034232A" w:rsidRDefault="00000000">
            <w:pPr>
              <w:keepLines/>
            </w:pPr>
            <w:r>
              <w:rPr>
                <w:b/>
              </w:rPr>
              <w:t>Susanne Wampold</w:t>
            </w:r>
            <w:r>
              <w:br/>
              <w:t>NMLS ID 1553575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0ABB93BD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591F6A96" w14:textId="77777777" w:rsidR="0034232A" w:rsidRDefault="00000000">
            <w:pPr>
              <w:keepLines/>
            </w:pPr>
            <w:r>
              <w:t>(225) 235-8935</w:t>
            </w:r>
            <w:r>
              <w:br/>
              <w:t>swampold@nolalending.com</w:t>
            </w:r>
          </w:p>
        </w:tc>
      </w:tr>
      <w:tr w:rsidR="0034232A" w14:paraId="038B6F33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79D70412" w14:textId="77777777" w:rsidR="0034232A" w:rsidRDefault="00000000">
            <w:pPr>
              <w:keepLines/>
            </w:pPr>
            <w:r>
              <w:t>NOLA Lending Group, a division of First Federal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48C40E64" w14:textId="77777777" w:rsidR="0034232A" w:rsidRDefault="00000000">
            <w:pPr>
              <w:keepLines/>
            </w:pPr>
            <w:r>
              <w:rPr>
                <w:b/>
              </w:rPr>
              <w:t>Sharon Williams</w:t>
            </w:r>
            <w:r>
              <w:br/>
              <w:t>NMLS ID 118322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2468E2E1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6D48F54" w14:textId="77777777" w:rsidR="0034232A" w:rsidRDefault="00000000">
            <w:pPr>
              <w:keepLines/>
            </w:pPr>
            <w:r>
              <w:t>(225) 405-5194</w:t>
            </w:r>
            <w:r>
              <w:br/>
              <w:t>sharon.williams@nolalending.com</w:t>
            </w:r>
          </w:p>
        </w:tc>
      </w:tr>
      <w:tr w:rsidR="0034232A" w14:paraId="545ACF49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1735974D" w14:textId="77777777" w:rsidR="0034232A" w:rsidRDefault="00000000">
            <w:pPr>
              <w:keepLines/>
            </w:pPr>
            <w:r>
              <w:t>NOLA Lending Group, a division of First Federal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7DFA190B" w14:textId="77777777" w:rsidR="0034232A" w:rsidRDefault="00000000">
            <w:pPr>
              <w:keepLines/>
            </w:pPr>
            <w:r>
              <w:rPr>
                <w:b/>
              </w:rPr>
              <w:t>Derek Wyble</w:t>
            </w:r>
            <w:r>
              <w:br/>
              <w:t>NMLS ID 2123641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7E9FC469" w14:textId="77777777" w:rsidR="0034232A" w:rsidRDefault="00000000">
            <w:pPr>
              <w:keepLines/>
            </w:pPr>
            <w:r>
              <w:t>Lake Charles,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523EF571" w14:textId="77777777" w:rsidR="0034232A" w:rsidRDefault="00000000">
            <w:pPr>
              <w:keepLines/>
            </w:pPr>
            <w:r>
              <w:t>(337) 419-0606</w:t>
            </w:r>
            <w:r>
              <w:br/>
              <w:t>derek.wyble@nolalending.com</w:t>
            </w:r>
          </w:p>
        </w:tc>
      </w:tr>
      <w:tr w:rsidR="0034232A" w14:paraId="1B671E6D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ACEF830" w14:textId="77777777" w:rsidR="0034232A" w:rsidRDefault="00000000">
            <w:pPr>
              <w:keepLines/>
            </w:pPr>
            <w:r>
              <w:lastRenderedPageBreak/>
              <w:t>OriginPoint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1142D05" w14:textId="77777777" w:rsidR="0034232A" w:rsidRDefault="00000000">
            <w:pPr>
              <w:keepLines/>
            </w:pPr>
            <w:r>
              <w:rPr>
                <w:b/>
              </w:rPr>
              <w:t>Taylor Rogers</w:t>
            </w:r>
            <w:r>
              <w:br/>
              <w:t>NMLS ID 1942131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6E0FDBA6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716A7067" w14:textId="77777777" w:rsidR="0034232A" w:rsidRDefault="00000000">
            <w:pPr>
              <w:keepLines/>
            </w:pPr>
            <w:r>
              <w:t>(225) 329-7312</w:t>
            </w:r>
            <w:r>
              <w:br/>
              <w:t>trogers@originpoint.com</w:t>
            </w:r>
          </w:p>
        </w:tc>
      </w:tr>
      <w:tr w:rsidR="0034232A" w14:paraId="545BA812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5E06EA94" w14:textId="77777777" w:rsidR="0034232A" w:rsidRDefault="00000000">
            <w:pPr>
              <w:keepLines/>
            </w:pPr>
            <w:r>
              <w:t>OriginPoint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4A620555" w14:textId="77777777" w:rsidR="0034232A" w:rsidRDefault="00000000">
            <w:pPr>
              <w:keepLines/>
            </w:pPr>
            <w:r>
              <w:rPr>
                <w:b/>
              </w:rPr>
              <w:t>Tracy West</w:t>
            </w:r>
            <w:r>
              <w:br/>
              <w:t>NMLS ID 81286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2D73785A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41DCF2CE" w14:textId="77777777" w:rsidR="0034232A" w:rsidRDefault="00000000">
            <w:pPr>
              <w:keepLines/>
            </w:pPr>
            <w:r>
              <w:t>(225) 235-6631</w:t>
            </w:r>
            <w:r>
              <w:br/>
              <w:t>tracy.west@originpoint.com</w:t>
            </w:r>
          </w:p>
        </w:tc>
      </w:tr>
      <w:tr w:rsidR="0034232A" w14:paraId="1D016C6E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5B4B8F35" w14:textId="77777777" w:rsidR="0034232A" w:rsidRDefault="00000000">
            <w:pPr>
              <w:keepLines/>
            </w:pPr>
            <w:r>
              <w:t>Planet Home Lending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7CC1C7D5" w14:textId="77777777" w:rsidR="0034232A" w:rsidRDefault="00000000">
            <w:pPr>
              <w:keepLines/>
            </w:pPr>
            <w:r>
              <w:rPr>
                <w:b/>
              </w:rPr>
              <w:t>Brianna Moore</w:t>
            </w:r>
            <w:r>
              <w:br/>
              <w:t>NMLS ID 2116089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311C1F94" w14:textId="77777777" w:rsidR="0034232A" w:rsidRDefault="00000000">
            <w:pPr>
              <w:keepLines/>
            </w:pPr>
            <w:r>
              <w:t>Shreveport,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EF44B82" w14:textId="77777777" w:rsidR="0034232A" w:rsidRDefault="00000000">
            <w:pPr>
              <w:keepLines/>
            </w:pPr>
            <w:r>
              <w:t>(318) 294-8344</w:t>
            </w:r>
            <w:r>
              <w:br/>
              <w:t>bmoore@planethomelending.com</w:t>
            </w:r>
          </w:p>
        </w:tc>
      </w:tr>
      <w:tr w:rsidR="0034232A" w14:paraId="39CC433D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5AA98642" w14:textId="77777777" w:rsidR="0034232A" w:rsidRDefault="00000000">
            <w:pPr>
              <w:keepLines/>
            </w:pPr>
            <w:r>
              <w:t>Planet Home Lending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34908B10" w14:textId="77777777" w:rsidR="0034232A" w:rsidRDefault="00000000">
            <w:pPr>
              <w:keepLines/>
            </w:pPr>
            <w:r>
              <w:rPr>
                <w:b/>
              </w:rPr>
              <w:t>Alishea Pipkin</w:t>
            </w:r>
            <w:r>
              <w:br/>
              <w:t>NMLS ID 626330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2833ACAC" w14:textId="77777777" w:rsidR="0034232A" w:rsidRDefault="00000000">
            <w:pPr>
              <w:keepLines/>
            </w:pPr>
            <w:r>
              <w:t>Shreveport,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6173FD60" w14:textId="77777777" w:rsidR="0034232A" w:rsidRDefault="00000000">
            <w:pPr>
              <w:keepLines/>
            </w:pPr>
            <w:r>
              <w:t>(318) 294-4955</w:t>
            </w:r>
            <w:r>
              <w:br/>
              <w:t>apipkin@planethomelending.com</w:t>
            </w:r>
          </w:p>
        </w:tc>
      </w:tr>
      <w:tr w:rsidR="0034232A" w14:paraId="4018A674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6C3C3C32" w14:textId="77777777" w:rsidR="0034232A" w:rsidRDefault="00000000">
            <w:pPr>
              <w:keepLines/>
            </w:pPr>
            <w:r>
              <w:t>Primary Residential Mortgage, Inc.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5DDE3D7A" w14:textId="77777777" w:rsidR="0034232A" w:rsidRDefault="00000000">
            <w:pPr>
              <w:keepLines/>
            </w:pPr>
            <w:r>
              <w:rPr>
                <w:b/>
              </w:rPr>
              <w:t>Tenamarie Bushnell</w:t>
            </w:r>
            <w:r>
              <w:br/>
              <w:t>NMLS ID 599738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31E96024" w14:textId="77777777" w:rsidR="0034232A" w:rsidRDefault="00000000">
            <w:pPr>
              <w:keepLines/>
            </w:pPr>
            <w:r>
              <w:t>Alexandria,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11A115A" w14:textId="77777777" w:rsidR="0034232A" w:rsidRDefault="00000000">
            <w:pPr>
              <w:keepLines/>
            </w:pPr>
            <w:r>
              <w:t>(318) 730-7115</w:t>
            </w:r>
            <w:r>
              <w:br/>
              <w:t>tbushnell@primeres.com</w:t>
            </w:r>
          </w:p>
        </w:tc>
      </w:tr>
      <w:tr w:rsidR="0034232A" w14:paraId="2EEA213D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0CB6742E" w14:textId="77777777" w:rsidR="0034232A" w:rsidRDefault="00000000">
            <w:pPr>
              <w:keepLines/>
            </w:pPr>
            <w:r>
              <w:t>Primary Residential Mortgage, Inc.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4E93B97D" w14:textId="77777777" w:rsidR="0034232A" w:rsidRDefault="00000000">
            <w:pPr>
              <w:keepLines/>
            </w:pPr>
            <w:r>
              <w:rPr>
                <w:b/>
              </w:rPr>
              <w:t>Karlis Jackson</w:t>
            </w:r>
            <w:r>
              <w:br/>
              <w:t>NMLS ID 2773754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143FD3C5" w14:textId="77777777" w:rsidR="0034232A" w:rsidRDefault="00000000">
            <w:pPr>
              <w:keepLines/>
            </w:pPr>
            <w:r>
              <w:t>Monroe,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6FABDA7F" w14:textId="77777777" w:rsidR="0034232A" w:rsidRDefault="00000000">
            <w:pPr>
              <w:keepLines/>
            </w:pPr>
            <w:r>
              <w:t>(318) 789-0234</w:t>
            </w:r>
            <w:r>
              <w:br/>
              <w:t>kjackson112233@yahoo.com</w:t>
            </w:r>
          </w:p>
        </w:tc>
      </w:tr>
      <w:tr w:rsidR="0034232A" w14:paraId="4F5C4DE4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6709F899" w14:textId="77777777" w:rsidR="0034232A" w:rsidRDefault="00000000">
            <w:pPr>
              <w:keepLines/>
            </w:pPr>
            <w:r>
              <w:t>Primelending, A Plains Capital Company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049304D0" w14:textId="77777777" w:rsidR="0034232A" w:rsidRDefault="00000000">
            <w:pPr>
              <w:keepLines/>
            </w:pPr>
            <w:r>
              <w:rPr>
                <w:b/>
              </w:rPr>
              <w:t>Joe Vilcan</w:t>
            </w:r>
            <w:r>
              <w:br/>
              <w:t>NMLS ID 200615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172C6360" w14:textId="77777777" w:rsidR="0034232A" w:rsidRDefault="00000000">
            <w:pPr>
              <w:keepLines/>
            </w:pPr>
            <w:r>
              <w:t>Metairie,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CED1C1D" w14:textId="77777777" w:rsidR="0034232A" w:rsidRDefault="00000000">
            <w:pPr>
              <w:keepLines/>
            </w:pPr>
            <w:r>
              <w:t>(504) 451-2758</w:t>
            </w:r>
            <w:r>
              <w:br/>
              <w:t>jvilcan@primelending.com</w:t>
            </w:r>
          </w:p>
        </w:tc>
      </w:tr>
      <w:tr w:rsidR="0034232A" w14:paraId="788C5476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2324F700" w14:textId="77777777" w:rsidR="0034232A" w:rsidRDefault="00000000">
            <w:pPr>
              <w:keepLines/>
            </w:pPr>
            <w:r>
              <w:t>Red River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5C24864D" w14:textId="77777777" w:rsidR="0034232A" w:rsidRDefault="00000000">
            <w:pPr>
              <w:keepLines/>
            </w:pPr>
            <w:r>
              <w:rPr>
                <w:b/>
              </w:rPr>
              <w:t>Jessie Clark</w:t>
            </w:r>
            <w:r>
              <w:br/>
              <w:t>NMLS ID 684730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004126DF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5E7CE5E4" w14:textId="77777777" w:rsidR="0034232A" w:rsidRDefault="00000000">
            <w:pPr>
              <w:keepLines/>
            </w:pPr>
            <w:r>
              <w:t>(225) 928-8262</w:t>
            </w:r>
            <w:r>
              <w:br/>
              <w:t>jessie.clark@redriverbank.net</w:t>
            </w:r>
          </w:p>
        </w:tc>
      </w:tr>
      <w:tr w:rsidR="0034232A" w14:paraId="0BE879FD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A912C07" w14:textId="77777777" w:rsidR="0034232A" w:rsidRDefault="00000000">
            <w:pPr>
              <w:keepLines/>
            </w:pPr>
            <w:r>
              <w:t>Red River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6E52D771" w14:textId="77777777" w:rsidR="0034232A" w:rsidRDefault="00000000">
            <w:pPr>
              <w:keepLines/>
            </w:pPr>
            <w:r>
              <w:rPr>
                <w:b/>
              </w:rPr>
              <w:t>Melissa Coffman</w:t>
            </w:r>
            <w:r>
              <w:br/>
              <w:t>NMLS ID 645701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7B1FEE27" w14:textId="77777777" w:rsidR="0034232A" w:rsidRDefault="00000000">
            <w:pPr>
              <w:keepLines/>
            </w:pPr>
            <w:r>
              <w:t>Lake Charles,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30041C9" w14:textId="77777777" w:rsidR="0034232A" w:rsidRDefault="00000000">
            <w:pPr>
              <w:keepLines/>
            </w:pPr>
            <w:r>
              <w:t>(318) 730-0045</w:t>
            </w:r>
            <w:r>
              <w:br/>
              <w:t>mcoffman@redriverbank.net</w:t>
            </w:r>
          </w:p>
        </w:tc>
      </w:tr>
      <w:tr w:rsidR="0034232A" w14:paraId="22F17260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09C9AB3" w14:textId="77777777" w:rsidR="0034232A" w:rsidRDefault="00000000">
            <w:pPr>
              <w:keepLines/>
            </w:pPr>
            <w:r>
              <w:t>Red River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42E7C348" w14:textId="77777777" w:rsidR="0034232A" w:rsidRDefault="00000000">
            <w:pPr>
              <w:keepLines/>
            </w:pPr>
            <w:r>
              <w:rPr>
                <w:b/>
              </w:rPr>
              <w:t>Tara Flugence</w:t>
            </w:r>
            <w:r>
              <w:br/>
              <w:t>NMLS ID 1991656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03B7D8B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154C15EA" w14:textId="77777777" w:rsidR="0034232A" w:rsidRDefault="00000000">
            <w:pPr>
              <w:keepLines/>
            </w:pPr>
            <w:r>
              <w:t>(225) 928-8215</w:t>
            </w:r>
            <w:r>
              <w:br/>
              <w:t>tara.flugence@redriverbank.net</w:t>
            </w:r>
          </w:p>
        </w:tc>
      </w:tr>
      <w:tr w:rsidR="0034232A" w14:paraId="185AECB6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3BD817A" w14:textId="77777777" w:rsidR="0034232A" w:rsidRDefault="00000000">
            <w:pPr>
              <w:keepLines/>
            </w:pPr>
            <w:r>
              <w:t>Red River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81CEC6E" w14:textId="77777777" w:rsidR="0034232A" w:rsidRDefault="00000000">
            <w:pPr>
              <w:keepLines/>
            </w:pPr>
            <w:r>
              <w:rPr>
                <w:b/>
              </w:rPr>
              <w:t>Carla George</w:t>
            </w:r>
            <w:r>
              <w:br/>
              <w:t>NMLS ID 645706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48A6F9E6" w14:textId="77777777" w:rsidR="0034232A" w:rsidRDefault="00000000">
            <w:pPr>
              <w:keepLines/>
            </w:pPr>
            <w:r>
              <w:t>Alexandria,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48CDC066" w14:textId="77777777" w:rsidR="0034232A" w:rsidRDefault="00000000">
            <w:pPr>
              <w:keepLines/>
            </w:pPr>
            <w:r>
              <w:t>(318) 715-2739</w:t>
            </w:r>
            <w:r>
              <w:br/>
              <w:t>cgeorge@redriverbank.net</w:t>
            </w:r>
          </w:p>
        </w:tc>
      </w:tr>
      <w:tr w:rsidR="0034232A" w14:paraId="111A6BC1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337CBEB" w14:textId="77777777" w:rsidR="0034232A" w:rsidRDefault="00000000">
            <w:pPr>
              <w:keepLines/>
            </w:pPr>
            <w:r>
              <w:t>Red River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3E96F35A" w14:textId="77777777" w:rsidR="0034232A" w:rsidRDefault="00000000">
            <w:pPr>
              <w:keepLines/>
            </w:pPr>
            <w:r>
              <w:rPr>
                <w:b/>
              </w:rPr>
              <w:t>Kate LaBorde</w:t>
            </w:r>
            <w:r>
              <w:br/>
              <w:t>NMLS ID 1747973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40029CA3" w14:textId="77777777" w:rsidR="0034232A" w:rsidRDefault="00000000">
            <w:pPr>
              <w:keepLines/>
            </w:pPr>
            <w:r>
              <w:t>Alexandria,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3F3FE3FE" w14:textId="77777777" w:rsidR="0034232A" w:rsidRDefault="00000000">
            <w:pPr>
              <w:keepLines/>
            </w:pPr>
            <w:r>
              <w:t>(318) 561-5905</w:t>
            </w:r>
            <w:r>
              <w:br/>
              <w:t>kate.laborde@redriverbank.net</w:t>
            </w:r>
          </w:p>
        </w:tc>
      </w:tr>
      <w:tr w:rsidR="0034232A" w14:paraId="198E0550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DA494D8" w14:textId="77777777" w:rsidR="0034232A" w:rsidRDefault="00000000">
            <w:pPr>
              <w:keepLines/>
            </w:pPr>
            <w:r>
              <w:t>Red River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6DEEF21D" w14:textId="77777777" w:rsidR="0034232A" w:rsidRDefault="00000000">
            <w:pPr>
              <w:keepLines/>
            </w:pPr>
            <w:r>
              <w:rPr>
                <w:b/>
              </w:rPr>
              <w:t>Judy Madison</w:t>
            </w:r>
            <w:r>
              <w:br/>
              <w:t>NMLS ID 645717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02CB45F7" w14:textId="77777777" w:rsidR="0034232A" w:rsidRDefault="00000000">
            <w:pPr>
              <w:keepLines/>
            </w:pPr>
            <w:r>
              <w:t>Shreveport,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4B47B8EC" w14:textId="77777777" w:rsidR="0034232A" w:rsidRDefault="00000000">
            <w:pPr>
              <w:keepLines/>
            </w:pPr>
            <w:r>
              <w:t>(318) 518-4170</w:t>
            </w:r>
            <w:r>
              <w:br/>
              <w:t>jmadison@redriverbank.net</w:t>
            </w:r>
          </w:p>
        </w:tc>
      </w:tr>
      <w:tr w:rsidR="0034232A" w14:paraId="64A93615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86E94CB" w14:textId="77777777" w:rsidR="0034232A" w:rsidRDefault="00000000">
            <w:pPr>
              <w:keepLines/>
            </w:pPr>
            <w:r>
              <w:lastRenderedPageBreak/>
              <w:t>Red River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454F1B91" w14:textId="77777777" w:rsidR="0034232A" w:rsidRDefault="00000000">
            <w:pPr>
              <w:keepLines/>
            </w:pPr>
            <w:r>
              <w:rPr>
                <w:b/>
              </w:rPr>
              <w:t>Donald McKoin</w:t>
            </w:r>
            <w:r>
              <w:br/>
              <w:t>NMLS ID 708074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06E17234" w14:textId="77777777" w:rsidR="0034232A" w:rsidRDefault="00000000">
            <w:pPr>
              <w:keepLines/>
            </w:pPr>
            <w:r>
              <w:t>Metairie,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11E6F748" w14:textId="77777777" w:rsidR="0034232A" w:rsidRDefault="00000000">
            <w:pPr>
              <w:keepLines/>
            </w:pPr>
            <w:r>
              <w:t>(504) 354-5546</w:t>
            </w:r>
            <w:r>
              <w:br/>
              <w:t>donald.mckoin@redriverbank.net</w:t>
            </w:r>
          </w:p>
        </w:tc>
      </w:tr>
      <w:tr w:rsidR="0034232A" w14:paraId="56237829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4A8CB4EC" w14:textId="77777777" w:rsidR="0034232A" w:rsidRDefault="00000000">
            <w:pPr>
              <w:keepLines/>
            </w:pPr>
            <w:r>
              <w:t>Red River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13058DCA" w14:textId="77777777" w:rsidR="0034232A" w:rsidRDefault="00000000">
            <w:pPr>
              <w:keepLines/>
            </w:pPr>
            <w:r>
              <w:rPr>
                <w:b/>
              </w:rPr>
              <w:t>Bradley Perkins</w:t>
            </w:r>
            <w:r>
              <w:br/>
              <w:t>NMLS ID 661196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571D3FDE" w14:textId="77777777" w:rsidR="0034232A" w:rsidRDefault="00000000">
            <w:pPr>
              <w:keepLines/>
            </w:pPr>
            <w:r>
              <w:t>Alexandria,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8281E6A" w14:textId="77777777" w:rsidR="0034232A" w:rsidRDefault="00000000">
            <w:pPr>
              <w:keepLines/>
            </w:pPr>
            <w:r>
              <w:t>(318) 561-5856</w:t>
            </w:r>
            <w:r>
              <w:br/>
              <w:t>bradley.perkins@redriverbank.net</w:t>
            </w:r>
          </w:p>
        </w:tc>
      </w:tr>
      <w:tr w:rsidR="0034232A" w14:paraId="002B7914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29C5AAD1" w14:textId="77777777" w:rsidR="0034232A" w:rsidRDefault="00000000">
            <w:pPr>
              <w:keepLines/>
            </w:pPr>
            <w:r>
              <w:t>Red River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1F36D950" w14:textId="77777777" w:rsidR="0034232A" w:rsidRDefault="00000000">
            <w:pPr>
              <w:keepLines/>
            </w:pPr>
            <w:r>
              <w:rPr>
                <w:b/>
              </w:rPr>
              <w:t>Carolyn Ray</w:t>
            </w:r>
            <w:r>
              <w:br/>
              <w:t>NMLS ID 419365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163B8D2F" w14:textId="77777777" w:rsidR="0034232A" w:rsidRDefault="00000000">
            <w:pPr>
              <w:keepLines/>
            </w:pPr>
            <w:r>
              <w:t>Denham Springs,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05A4039E" w14:textId="77777777" w:rsidR="0034232A" w:rsidRDefault="00000000">
            <w:pPr>
              <w:keepLines/>
            </w:pPr>
            <w:r>
              <w:t>(225) 921-5079</w:t>
            </w:r>
            <w:r>
              <w:br/>
              <w:t>carolyn.ray@redriverbank.net</w:t>
            </w:r>
          </w:p>
        </w:tc>
      </w:tr>
      <w:tr w:rsidR="0034232A" w14:paraId="071608E5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1ED09BFB" w14:textId="77777777" w:rsidR="0034232A" w:rsidRDefault="00000000">
            <w:pPr>
              <w:keepLines/>
            </w:pPr>
            <w:r>
              <w:t>Red River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43FCAA00" w14:textId="77777777" w:rsidR="0034232A" w:rsidRDefault="00000000">
            <w:pPr>
              <w:keepLines/>
            </w:pPr>
            <w:r>
              <w:rPr>
                <w:b/>
              </w:rPr>
              <w:t>Shannon Taylor</w:t>
            </w:r>
            <w:r>
              <w:br/>
              <w:t>NMLS ID 2819091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4F12A49B" w14:textId="77777777" w:rsidR="0034232A" w:rsidRDefault="00000000">
            <w:pPr>
              <w:keepLines/>
            </w:pPr>
            <w:r>
              <w:t>Alexandria,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941A9A6" w14:textId="77777777" w:rsidR="0034232A" w:rsidRDefault="00000000">
            <w:pPr>
              <w:keepLines/>
            </w:pPr>
            <w:r>
              <w:t>(318) 561-4074</w:t>
            </w:r>
            <w:r>
              <w:br/>
              <w:t>shannon.taylor@redriverbank.net</w:t>
            </w:r>
          </w:p>
        </w:tc>
      </w:tr>
      <w:tr w:rsidR="0034232A" w14:paraId="3D38570C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35FE685" w14:textId="77777777" w:rsidR="0034232A" w:rsidRDefault="00000000">
            <w:pPr>
              <w:keepLines/>
            </w:pPr>
            <w:r>
              <w:t>Red River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411B7866" w14:textId="77777777" w:rsidR="0034232A" w:rsidRDefault="00000000">
            <w:pPr>
              <w:keepLines/>
            </w:pPr>
            <w:r>
              <w:rPr>
                <w:b/>
              </w:rPr>
              <w:t>Katie Truax</w:t>
            </w:r>
            <w:r>
              <w:br/>
              <w:t>NMLS ID 835399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5E6B31A" w14:textId="77777777" w:rsidR="0034232A" w:rsidRDefault="00000000">
            <w:pPr>
              <w:keepLines/>
            </w:pPr>
            <w:r>
              <w:t>Covington,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0E71C251" w14:textId="77777777" w:rsidR="0034232A" w:rsidRDefault="00000000">
            <w:pPr>
              <w:keepLines/>
            </w:pPr>
            <w:r>
              <w:t>(985) 875-5114</w:t>
            </w:r>
            <w:r>
              <w:br/>
              <w:t>katie.truax@redriverbank.net</w:t>
            </w:r>
          </w:p>
        </w:tc>
      </w:tr>
      <w:tr w:rsidR="0034232A" w14:paraId="3AABED30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57034FC" w14:textId="77777777" w:rsidR="0034232A" w:rsidRDefault="00000000">
            <w:pPr>
              <w:keepLines/>
            </w:pPr>
            <w:r>
              <w:t>Red River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2CAD8848" w14:textId="77777777" w:rsidR="0034232A" w:rsidRDefault="00000000">
            <w:pPr>
              <w:keepLines/>
            </w:pPr>
            <w:r>
              <w:rPr>
                <w:b/>
              </w:rPr>
              <w:t>Bri Victor</w:t>
            </w:r>
            <w:r>
              <w:br/>
              <w:t>NMLS ID 2384043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1851F8BE" w14:textId="77777777" w:rsidR="0034232A" w:rsidRDefault="00000000">
            <w:pPr>
              <w:keepLines/>
            </w:pPr>
            <w:r>
              <w:t>Alexandria,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BC0488C" w14:textId="77777777" w:rsidR="0034232A" w:rsidRDefault="00000000">
            <w:pPr>
              <w:keepLines/>
            </w:pPr>
            <w:r>
              <w:t>(504) 278-3329</w:t>
            </w:r>
            <w:r>
              <w:br/>
              <w:t>bri.victor@redriverbank.net</w:t>
            </w:r>
          </w:p>
        </w:tc>
      </w:tr>
      <w:tr w:rsidR="0034232A" w14:paraId="02AF14DF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0B72B78" w14:textId="77777777" w:rsidR="0034232A" w:rsidRDefault="00000000">
            <w:pPr>
              <w:keepLines/>
            </w:pPr>
            <w:r>
              <w:t>Red River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3E0B7D0D" w14:textId="77777777" w:rsidR="0034232A" w:rsidRDefault="00000000">
            <w:pPr>
              <w:keepLines/>
            </w:pPr>
            <w:r>
              <w:rPr>
                <w:b/>
              </w:rPr>
              <w:t>Jerusha Williams</w:t>
            </w:r>
            <w:r>
              <w:br/>
              <w:t>NMLS ID 1991044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9C92946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15413C32" w14:textId="77777777" w:rsidR="0034232A" w:rsidRDefault="00000000">
            <w:pPr>
              <w:keepLines/>
            </w:pPr>
            <w:r>
              <w:t>(504) 840-8894</w:t>
            </w:r>
            <w:r>
              <w:br/>
              <w:t>jerusha.williams@redriverbank.net</w:t>
            </w:r>
          </w:p>
        </w:tc>
      </w:tr>
      <w:tr w:rsidR="0034232A" w14:paraId="4F5F3743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11C06629" w14:textId="77777777" w:rsidR="0034232A" w:rsidRDefault="00000000">
            <w:pPr>
              <w:keepLines/>
            </w:pPr>
            <w:r>
              <w:t>Regions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1D1C00C0" w14:textId="77777777" w:rsidR="0034232A" w:rsidRDefault="00000000">
            <w:pPr>
              <w:keepLines/>
            </w:pPr>
            <w:r>
              <w:rPr>
                <w:b/>
              </w:rPr>
              <w:t>Sharon Blair</w:t>
            </w:r>
            <w:r>
              <w:br/>
              <w:t>NMLS ID 546274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565585AA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29F5A247" w14:textId="77777777" w:rsidR="0034232A" w:rsidRDefault="00000000">
            <w:pPr>
              <w:keepLines/>
            </w:pPr>
            <w:r>
              <w:t>(504) 605-6646</w:t>
            </w:r>
            <w:r>
              <w:br/>
              <w:t>sharon.blair@regions.com</w:t>
            </w:r>
          </w:p>
        </w:tc>
      </w:tr>
      <w:tr w:rsidR="0034232A" w14:paraId="628631E6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12D7EB65" w14:textId="77777777" w:rsidR="0034232A" w:rsidRDefault="00000000">
            <w:pPr>
              <w:keepLines/>
            </w:pPr>
            <w:r>
              <w:t>Regions Bank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006E444F" w14:textId="77777777" w:rsidR="0034232A" w:rsidRDefault="00000000">
            <w:pPr>
              <w:keepLines/>
            </w:pPr>
            <w:r>
              <w:rPr>
                <w:b/>
              </w:rPr>
              <w:t>Steve Fair</w:t>
            </w:r>
            <w:r>
              <w:br/>
              <w:t>NMLS ID 543998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213F2A2C" w14:textId="77777777" w:rsidR="0034232A" w:rsidRDefault="00000000">
            <w:pPr>
              <w:keepLines/>
            </w:pPr>
            <w:r>
              <w:t>Bossier City,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0F41988E" w14:textId="77777777" w:rsidR="0034232A" w:rsidRDefault="00000000">
            <w:pPr>
              <w:keepLines/>
            </w:pPr>
            <w:r>
              <w:t>(318) 518-3694</w:t>
            </w:r>
            <w:r>
              <w:br/>
              <w:t>steve.fair@regions.com</w:t>
            </w:r>
          </w:p>
        </w:tc>
      </w:tr>
      <w:tr w:rsidR="0034232A" w14:paraId="456E2168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5135307D" w14:textId="77777777" w:rsidR="0034232A" w:rsidRDefault="00000000">
            <w:pPr>
              <w:keepLines/>
            </w:pPr>
            <w:r>
              <w:t>Regions Bank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00920B2C" w14:textId="77777777" w:rsidR="0034232A" w:rsidRDefault="00000000">
            <w:pPr>
              <w:keepLines/>
            </w:pPr>
            <w:r>
              <w:rPr>
                <w:b/>
              </w:rPr>
              <w:t>Betsy Walters</w:t>
            </w:r>
            <w:r>
              <w:br/>
              <w:t>NMLS ID 546368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7DC34FB4" w14:textId="77777777" w:rsidR="0034232A" w:rsidRDefault="00000000">
            <w:pPr>
              <w:keepLines/>
            </w:pPr>
            <w:r>
              <w:t>Mandeville,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48D5997D" w14:textId="77777777" w:rsidR="0034232A" w:rsidRDefault="00000000">
            <w:pPr>
              <w:keepLines/>
            </w:pPr>
            <w:r>
              <w:t>(985) 778-8318</w:t>
            </w:r>
            <w:r>
              <w:br/>
              <w:t>betsy.walters@regions.com</w:t>
            </w:r>
          </w:p>
        </w:tc>
      </w:tr>
      <w:tr w:rsidR="0034232A" w14:paraId="23BD3B4C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2D047A2F" w14:textId="77777777" w:rsidR="0034232A" w:rsidRDefault="00000000">
            <w:pPr>
              <w:keepLines/>
            </w:pPr>
            <w:r>
              <w:t>Reliant Mortgage, LLC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1FD02A07" w14:textId="77777777" w:rsidR="0034232A" w:rsidRDefault="00000000">
            <w:pPr>
              <w:keepLines/>
            </w:pPr>
            <w:r>
              <w:rPr>
                <w:b/>
              </w:rPr>
              <w:t>Sarah Cooley</w:t>
            </w:r>
            <w:r>
              <w:br/>
              <w:t>NMLS ID 1928198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0FE916ED" w14:textId="77777777" w:rsidR="0034232A" w:rsidRDefault="00000000">
            <w:pPr>
              <w:keepLines/>
            </w:pPr>
            <w:r>
              <w:t>Lafayette,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7C214767" w14:textId="77777777" w:rsidR="0034232A" w:rsidRDefault="00000000">
            <w:pPr>
              <w:keepLines/>
            </w:pPr>
            <w:r>
              <w:t>(337) 501-2201</w:t>
            </w:r>
            <w:r>
              <w:br/>
              <w:t>scooley@reliantapproval.com</w:t>
            </w:r>
          </w:p>
        </w:tc>
      </w:tr>
      <w:tr w:rsidR="0034232A" w14:paraId="2D42585D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D989645" w14:textId="77777777" w:rsidR="0034232A" w:rsidRDefault="00000000">
            <w:pPr>
              <w:keepLines/>
            </w:pPr>
            <w:r>
              <w:t>Reliant Mortgage, LLC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51C9AFBB" w14:textId="77777777" w:rsidR="0034232A" w:rsidRDefault="00000000">
            <w:pPr>
              <w:keepLines/>
            </w:pPr>
            <w:r>
              <w:rPr>
                <w:b/>
              </w:rPr>
              <w:t>Ross Miller</w:t>
            </w:r>
            <w:r>
              <w:br/>
              <w:t>NMLS ID 70833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41676A88" w14:textId="77777777" w:rsidR="0034232A" w:rsidRDefault="00000000">
            <w:pPr>
              <w:keepLines/>
            </w:pPr>
            <w:r>
              <w:t>Metairie,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376EB5D4" w14:textId="77777777" w:rsidR="0034232A" w:rsidRDefault="00000000">
            <w:pPr>
              <w:keepLines/>
            </w:pPr>
            <w:r>
              <w:t>(504) 231-5105</w:t>
            </w:r>
            <w:r>
              <w:br/>
              <w:t>rmiller@reliantapproval.com</w:t>
            </w:r>
          </w:p>
        </w:tc>
      </w:tr>
      <w:tr w:rsidR="0034232A" w14:paraId="7C1B641A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6544B329" w14:textId="77777777" w:rsidR="0034232A" w:rsidRDefault="00000000">
            <w:pPr>
              <w:keepLines/>
            </w:pPr>
            <w:r>
              <w:t>Sabine State Bank &amp; Trust Company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179A21C2" w14:textId="77777777" w:rsidR="0034232A" w:rsidRDefault="00000000">
            <w:pPr>
              <w:keepLines/>
            </w:pPr>
            <w:r>
              <w:rPr>
                <w:b/>
              </w:rPr>
              <w:t>Kellie Anthony</w:t>
            </w:r>
            <w:r>
              <w:br/>
              <w:t>NMLS ID 566335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0F0DDE9B" w14:textId="77777777" w:rsidR="0034232A" w:rsidRDefault="00000000">
            <w:pPr>
              <w:keepLines/>
            </w:pPr>
            <w:r>
              <w:t>Many,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22218C98" w14:textId="77777777" w:rsidR="0034232A" w:rsidRDefault="00000000">
            <w:pPr>
              <w:keepLines/>
            </w:pPr>
            <w:r>
              <w:t>(337) 239-0074</w:t>
            </w:r>
            <w:r>
              <w:br/>
              <w:t>ksanthony@sabine.bank</w:t>
            </w:r>
          </w:p>
        </w:tc>
      </w:tr>
      <w:tr w:rsidR="0034232A" w14:paraId="181F0841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41DC4530" w14:textId="77777777" w:rsidR="0034232A" w:rsidRDefault="00000000">
            <w:pPr>
              <w:keepLines/>
            </w:pPr>
            <w:r>
              <w:lastRenderedPageBreak/>
              <w:t>Sabine State Bank &amp; Trust Company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3A571323" w14:textId="77777777" w:rsidR="0034232A" w:rsidRDefault="00000000">
            <w:pPr>
              <w:keepLines/>
            </w:pPr>
            <w:r>
              <w:rPr>
                <w:b/>
              </w:rPr>
              <w:t>Chrystal Barnhill</w:t>
            </w:r>
            <w:r>
              <w:br/>
              <w:t>NMLS ID 2723090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3985F13E" w14:textId="77777777" w:rsidR="0034232A" w:rsidRDefault="00000000">
            <w:pPr>
              <w:keepLines/>
            </w:pPr>
            <w:r>
              <w:t>Alexandria,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284B4F5" w14:textId="77777777" w:rsidR="0034232A" w:rsidRDefault="00000000">
            <w:pPr>
              <w:keepLines/>
            </w:pPr>
            <w:r>
              <w:t>(318) 483-9900</w:t>
            </w:r>
            <w:r>
              <w:br/>
              <w:t>crbarnhill@sabine.bank</w:t>
            </w:r>
          </w:p>
        </w:tc>
      </w:tr>
      <w:tr w:rsidR="0034232A" w14:paraId="7018F1BD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98C52A4" w14:textId="77777777" w:rsidR="0034232A" w:rsidRDefault="00000000">
            <w:pPr>
              <w:keepLines/>
            </w:pPr>
            <w:r>
              <w:t>Sabine State Bank &amp; Trust Company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174B6427" w14:textId="77777777" w:rsidR="0034232A" w:rsidRDefault="00000000">
            <w:pPr>
              <w:keepLines/>
            </w:pPr>
            <w:r>
              <w:rPr>
                <w:b/>
              </w:rPr>
              <w:t>Donna Crittenden</w:t>
            </w:r>
            <w:r>
              <w:br/>
              <w:t>NMLS ID 2614450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424DE856" w14:textId="77777777" w:rsidR="0034232A" w:rsidRDefault="00000000">
            <w:pPr>
              <w:keepLines/>
            </w:pPr>
            <w:r>
              <w:t>Leesville,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41D6FF9D" w14:textId="77777777" w:rsidR="0034232A" w:rsidRDefault="00000000">
            <w:pPr>
              <w:keepLines/>
            </w:pPr>
            <w:r>
              <w:t>(337) 239-0074</w:t>
            </w:r>
            <w:r>
              <w:br/>
              <w:t>ddcrittenden@sabine.bank</w:t>
            </w:r>
          </w:p>
        </w:tc>
      </w:tr>
      <w:tr w:rsidR="0034232A" w14:paraId="14F1CC06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07FED959" w14:textId="77777777" w:rsidR="0034232A" w:rsidRDefault="00000000">
            <w:pPr>
              <w:keepLines/>
            </w:pPr>
            <w:r>
              <w:t>Sabine State Bank &amp; Trust Company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56E4DE35" w14:textId="77777777" w:rsidR="0034232A" w:rsidRDefault="00000000">
            <w:pPr>
              <w:keepLines/>
            </w:pPr>
            <w:r>
              <w:rPr>
                <w:b/>
              </w:rPr>
              <w:t>Sue Cutchall-Page</w:t>
            </w:r>
            <w:r>
              <w:br/>
              <w:t>NMLS ID 566357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252D7DE8" w14:textId="77777777" w:rsidR="0034232A" w:rsidRDefault="00000000">
            <w:pPr>
              <w:keepLines/>
            </w:pPr>
            <w:r>
              <w:t>Many,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5D440146" w14:textId="77777777" w:rsidR="0034232A" w:rsidRDefault="00000000">
            <w:pPr>
              <w:keepLines/>
            </w:pPr>
            <w:r>
              <w:t>(318) 256-9034</w:t>
            </w:r>
            <w:r>
              <w:br/>
              <w:t>scutchall@sabine.bank</w:t>
            </w:r>
          </w:p>
        </w:tc>
      </w:tr>
      <w:tr w:rsidR="0034232A" w14:paraId="74095E39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1B2CC3BF" w14:textId="77777777" w:rsidR="0034232A" w:rsidRDefault="00000000">
            <w:pPr>
              <w:keepLines/>
            </w:pPr>
            <w:r>
              <w:t>Sabine State Bank &amp; Trust Company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1F5E2764" w14:textId="77777777" w:rsidR="0034232A" w:rsidRDefault="00000000">
            <w:pPr>
              <w:keepLines/>
            </w:pPr>
            <w:r>
              <w:rPr>
                <w:b/>
              </w:rPr>
              <w:t>Cory Pellerin</w:t>
            </w:r>
            <w:r>
              <w:br/>
              <w:t>NMLS ID 2416324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7A19F939" w14:textId="77777777" w:rsidR="0034232A" w:rsidRDefault="00000000">
            <w:pPr>
              <w:keepLines/>
            </w:pPr>
            <w:r>
              <w:t>Sulphur,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517AEE00" w14:textId="77777777" w:rsidR="0034232A" w:rsidRDefault="00000000">
            <w:pPr>
              <w:keepLines/>
            </w:pPr>
            <w:r>
              <w:t>(337) 533-3880</w:t>
            </w:r>
            <w:r>
              <w:br/>
              <w:t>capellerin@sabine.bank</w:t>
            </w:r>
          </w:p>
        </w:tc>
      </w:tr>
      <w:tr w:rsidR="0034232A" w14:paraId="4F09917D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2670A3F3" w14:textId="77777777" w:rsidR="0034232A" w:rsidRDefault="00000000">
            <w:pPr>
              <w:keepLines/>
            </w:pPr>
            <w:r>
              <w:t>Sabine State Bank &amp; Trust Company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4A4E62D7" w14:textId="77777777" w:rsidR="0034232A" w:rsidRDefault="00000000">
            <w:pPr>
              <w:keepLines/>
            </w:pPr>
            <w:r>
              <w:rPr>
                <w:b/>
              </w:rPr>
              <w:t>ReBecca Salter</w:t>
            </w:r>
            <w:r>
              <w:br/>
              <w:t>NMLS ID 566340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3C32A979" w14:textId="77777777" w:rsidR="0034232A" w:rsidRDefault="00000000">
            <w:pPr>
              <w:keepLines/>
            </w:pPr>
            <w:r>
              <w:t>Natchitoches,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7E9C58DA" w14:textId="77777777" w:rsidR="0034232A" w:rsidRDefault="00000000">
            <w:pPr>
              <w:keepLines/>
            </w:pPr>
            <w:r>
              <w:t>(318) 352-9401</w:t>
            </w:r>
            <w:r>
              <w:br/>
              <w:t>rsalter@sabine.bank</w:t>
            </w:r>
          </w:p>
        </w:tc>
      </w:tr>
      <w:tr w:rsidR="0034232A" w14:paraId="7B258BAA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3D1F50A3" w14:textId="77777777" w:rsidR="0034232A" w:rsidRDefault="00000000">
            <w:pPr>
              <w:keepLines/>
            </w:pPr>
            <w:r>
              <w:t>Standard Mortgage Corporation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75654A17" w14:textId="77777777" w:rsidR="0034232A" w:rsidRDefault="00000000">
            <w:pPr>
              <w:keepLines/>
            </w:pPr>
            <w:r>
              <w:rPr>
                <w:b/>
              </w:rPr>
              <w:t>Connie Fernandez</w:t>
            </w:r>
            <w:r>
              <w:br/>
              <w:t>NMLS ID 699391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49D83C22" w14:textId="77777777" w:rsidR="0034232A" w:rsidRDefault="00000000">
            <w:pPr>
              <w:keepLines/>
            </w:pPr>
            <w:r>
              <w:t>Mandeville,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0787ADDC" w14:textId="77777777" w:rsidR="0034232A" w:rsidRDefault="00000000">
            <w:pPr>
              <w:keepLines/>
            </w:pPr>
            <w:r>
              <w:t>(504) 909-7067</w:t>
            </w:r>
            <w:r>
              <w:br/>
              <w:t>cfernandez@stanmor.com</w:t>
            </w:r>
          </w:p>
        </w:tc>
      </w:tr>
      <w:tr w:rsidR="0034232A" w14:paraId="41B21990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6A6BE22E" w14:textId="77777777" w:rsidR="0034232A" w:rsidRDefault="00000000">
            <w:pPr>
              <w:keepLines/>
            </w:pPr>
            <w:r>
              <w:t>Standard Mortgage Corporation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47D0EE6E" w14:textId="77777777" w:rsidR="0034232A" w:rsidRDefault="00000000">
            <w:pPr>
              <w:keepLines/>
            </w:pPr>
            <w:r>
              <w:rPr>
                <w:b/>
              </w:rPr>
              <w:t>Jessica LeBlanc</w:t>
            </w:r>
            <w:r>
              <w:br/>
              <w:t>NMLS ID 493823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3557C522" w14:textId="77777777" w:rsidR="0034232A" w:rsidRDefault="00000000">
            <w:pPr>
              <w:keepLines/>
            </w:pPr>
            <w:r>
              <w:t>Youngsville,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033274A9" w14:textId="77777777" w:rsidR="0034232A" w:rsidRDefault="00000000">
            <w:pPr>
              <w:keepLines/>
            </w:pPr>
            <w:r>
              <w:t>(337) 519-5192</w:t>
            </w:r>
            <w:r>
              <w:br/>
              <w:t>jleblanc@stanmor.com</w:t>
            </w:r>
          </w:p>
        </w:tc>
      </w:tr>
      <w:tr w:rsidR="0034232A" w14:paraId="69993850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688B7C8F" w14:textId="77777777" w:rsidR="0034232A" w:rsidRDefault="00000000">
            <w:pPr>
              <w:keepLines/>
            </w:pPr>
            <w:r>
              <w:t>Standard Mortgage Corporation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4A366339" w14:textId="77777777" w:rsidR="0034232A" w:rsidRDefault="00000000">
            <w:pPr>
              <w:keepLines/>
            </w:pPr>
            <w:r>
              <w:rPr>
                <w:b/>
              </w:rPr>
              <w:t>Phyllis Miller</w:t>
            </w:r>
            <w:r>
              <w:br/>
              <w:t>NMLS ID 99169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2389636A" w14:textId="77777777" w:rsidR="0034232A" w:rsidRDefault="00000000">
            <w:pPr>
              <w:keepLines/>
            </w:pPr>
            <w:r>
              <w:t>Lafayette,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68B7ADF3" w14:textId="77777777" w:rsidR="0034232A" w:rsidRDefault="00000000">
            <w:pPr>
              <w:keepLines/>
            </w:pPr>
            <w:r>
              <w:t>(337) 362-0108</w:t>
            </w:r>
            <w:r>
              <w:br/>
              <w:t>pmiller@stanmor.com</w:t>
            </w:r>
          </w:p>
        </w:tc>
      </w:tr>
      <w:tr w:rsidR="0034232A" w14:paraId="22E5B0B0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6124AA0" w14:textId="77777777" w:rsidR="0034232A" w:rsidRDefault="00000000">
            <w:pPr>
              <w:keepLines/>
            </w:pPr>
            <w:r>
              <w:t>Standard Mortgage Corporation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76C5B5BC" w14:textId="77777777" w:rsidR="0034232A" w:rsidRDefault="00000000">
            <w:pPr>
              <w:keepLines/>
            </w:pPr>
            <w:r>
              <w:rPr>
                <w:b/>
              </w:rPr>
              <w:t>Kasey Sartin</w:t>
            </w:r>
            <w:r>
              <w:br/>
              <w:t>NMLS ID 260580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19D9F6CB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59DD8936" w14:textId="77777777" w:rsidR="0034232A" w:rsidRDefault="00000000">
            <w:pPr>
              <w:keepLines/>
            </w:pPr>
            <w:r>
              <w:t>(504) 569-3782</w:t>
            </w:r>
            <w:r>
              <w:br/>
              <w:t>ksartin@stanmor.com</w:t>
            </w:r>
          </w:p>
        </w:tc>
      </w:tr>
      <w:tr w:rsidR="0034232A" w14:paraId="4FC7AB86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60B82222" w14:textId="77777777" w:rsidR="0034232A" w:rsidRDefault="00000000">
            <w:pPr>
              <w:keepLines/>
            </w:pPr>
            <w:r>
              <w:t>Standard Mortgage Corporation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13025629" w14:textId="77777777" w:rsidR="0034232A" w:rsidRDefault="00000000">
            <w:pPr>
              <w:keepLines/>
            </w:pPr>
            <w:r>
              <w:rPr>
                <w:b/>
              </w:rPr>
              <w:t>Marilyn Wood</w:t>
            </w:r>
            <w:r>
              <w:br/>
              <w:t>NMLS ID 2071940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BB01445" w14:textId="77777777" w:rsidR="0034232A" w:rsidRDefault="00000000">
            <w:pPr>
              <w:keepLines/>
            </w:pPr>
            <w:r>
              <w:t>Mandeville,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0D068FCF" w14:textId="77777777" w:rsidR="0034232A" w:rsidRDefault="00000000">
            <w:pPr>
              <w:keepLines/>
            </w:pPr>
            <w:r>
              <w:t>(985) 264-0061</w:t>
            </w:r>
            <w:r>
              <w:br/>
              <w:t>mwood@stanmor.com</w:t>
            </w:r>
          </w:p>
        </w:tc>
      </w:tr>
      <w:tr w:rsidR="0034232A" w14:paraId="67182A2B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3A0C1DC7" w14:textId="77777777" w:rsidR="0034232A" w:rsidRDefault="00000000">
            <w:pPr>
              <w:keepLines/>
            </w:pPr>
            <w:r>
              <w:t>Synergy One Lending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7DDF3CEC" w14:textId="77777777" w:rsidR="0034232A" w:rsidRDefault="00000000">
            <w:pPr>
              <w:keepLines/>
            </w:pPr>
            <w:r>
              <w:rPr>
                <w:b/>
              </w:rPr>
              <w:t>Nicole Faulk</w:t>
            </w:r>
            <w:r>
              <w:br/>
              <w:t>NMLS ID 88614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78311D92" w14:textId="77777777" w:rsidR="0034232A" w:rsidRDefault="00000000">
            <w:pPr>
              <w:keepLines/>
            </w:pPr>
            <w:r>
              <w:t>Prairieville,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0F48635A" w14:textId="77777777" w:rsidR="0034232A" w:rsidRDefault="00000000">
            <w:pPr>
              <w:keepLines/>
            </w:pPr>
            <w:r>
              <w:t>(225) 268-1993</w:t>
            </w:r>
            <w:r>
              <w:br/>
              <w:t>nfaulk@s1l.com</w:t>
            </w:r>
          </w:p>
        </w:tc>
      </w:tr>
      <w:tr w:rsidR="0034232A" w14:paraId="275EFD00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25168F7C" w14:textId="77777777" w:rsidR="0034232A" w:rsidRDefault="00000000">
            <w:pPr>
              <w:keepLines/>
            </w:pPr>
            <w:r>
              <w:t>Synergy One Lending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6D8B560B" w14:textId="77777777" w:rsidR="0034232A" w:rsidRDefault="00000000">
            <w:pPr>
              <w:keepLines/>
            </w:pPr>
            <w:r>
              <w:rPr>
                <w:b/>
              </w:rPr>
              <w:t>Stephanie Siewert-Chenevert</w:t>
            </w:r>
            <w:r>
              <w:br/>
              <w:t>NMLS ID 189679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1570E793" w14:textId="77777777" w:rsidR="0034232A" w:rsidRDefault="00000000">
            <w:pPr>
              <w:keepLines/>
            </w:pPr>
            <w:r>
              <w:t>Baton Rouge,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2770A462" w14:textId="77777777" w:rsidR="0034232A" w:rsidRDefault="00000000">
            <w:pPr>
              <w:keepLines/>
            </w:pPr>
            <w:r>
              <w:t>(225) 921-8456</w:t>
            </w:r>
            <w:r>
              <w:br/>
              <w:t>stephaniec@s1l.com</w:t>
            </w:r>
          </w:p>
        </w:tc>
      </w:tr>
      <w:tr w:rsidR="0034232A" w14:paraId="6C52806C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021CA1BA" w14:textId="77777777" w:rsidR="0034232A" w:rsidRDefault="00000000">
            <w:pPr>
              <w:keepLines/>
            </w:pPr>
            <w:r>
              <w:lastRenderedPageBreak/>
              <w:t>T2 Financial, LLC dba Revolution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1F74FCF1" w14:textId="77777777" w:rsidR="0034232A" w:rsidRDefault="00000000">
            <w:pPr>
              <w:keepLines/>
            </w:pPr>
            <w:r>
              <w:rPr>
                <w:b/>
              </w:rPr>
              <w:t>Kyle Alaniz</w:t>
            </w:r>
            <w:r>
              <w:br/>
              <w:t>NMLS ID 1642677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66186F02" w14:textId="77777777" w:rsidR="0034232A" w:rsidRDefault="00000000">
            <w:pPr>
              <w:keepLines/>
            </w:pPr>
            <w:r>
              <w:t>Sulphur,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52679F2E" w14:textId="77777777" w:rsidR="0034232A" w:rsidRDefault="00000000">
            <w:pPr>
              <w:keepLines/>
            </w:pPr>
            <w:r>
              <w:t>(337) 513-2915</w:t>
            </w:r>
            <w:r>
              <w:br/>
              <w:t>kalaniz@revolutionmortgage.com</w:t>
            </w:r>
          </w:p>
        </w:tc>
      </w:tr>
      <w:tr w:rsidR="0034232A" w14:paraId="5D05D525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3415B1D6" w14:textId="77777777" w:rsidR="0034232A" w:rsidRDefault="00000000">
            <w:pPr>
              <w:keepLines/>
            </w:pPr>
            <w:r>
              <w:t>T2 Financial, LLC dba Revolution Mortgage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3F54294C" w14:textId="77777777" w:rsidR="0034232A" w:rsidRDefault="00000000">
            <w:pPr>
              <w:keepLines/>
            </w:pPr>
            <w:r>
              <w:rPr>
                <w:b/>
              </w:rPr>
              <w:t>Jeffrey Johnson</w:t>
            </w:r>
            <w:r>
              <w:br/>
              <w:t>NMLS ID 190523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1AC11830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7CC9992A" w14:textId="77777777" w:rsidR="0034232A" w:rsidRDefault="00000000">
            <w:pPr>
              <w:keepLines/>
            </w:pPr>
            <w:r>
              <w:t>(504) 250-7210</w:t>
            </w:r>
            <w:r>
              <w:br/>
              <w:t>jajohnson@revolutionmortgage.com</w:t>
            </w:r>
          </w:p>
        </w:tc>
      </w:tr>
      <w:tr w:rsidR="0034232A" w14:paraId="1E88D33F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43CED411" w14:textId="77777777" w:rsidR="0034232A" w:rsidRDefault="00000000">
            <w:pPr>
              <w:keepLines/>
            </w:pPr>
            <w:r>
              <w:t>T2 Financial, LLC dba Revolution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70AA7208" w14:textId="77777777" w:rsidR="0034232A" w:rsidRDefault="00000000">
            <w:pPr>
              <w:keepLines/>
            </w:pPr>
            <w:r>
              <w:rPr>
                <w:b/>
              </w:rPr>
              <w:t>Jessica McBride</w:t>
            </w:r>
            <w:r>
              <w:br/>
              <w:t>NMLS ID 416713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55E57F49" w14:textId="77777777" w:rsidR="0034232A" w:rsidRDefault="00000000">
            <w:pPr>
              <w:keepLines/>
            </w:pPr>
            <w:r>
              <w:t>Cameron,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60510064" w14:textId="77777777" w:rsidR="0034232A" w:rsidRDefault="00000000">
            <w:pPr>
              <w:keepLines/>
            </w:pPr>
            <w:r>
              <w:t>(337) 526-3913</w:t>
            </w:r>
            <w:r>
              <w:br/>
              <w:t>jmcbride@revolutionmortgage.com</w:t>
            </w:r>
          </w:p>
        </w:tc>
      </w:tr>
      <w:tr w:rsidR="0034232A" w14:paraId="176A15C3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021CE657" w14:textId="77777777" w:rsidR="0034232A" w:rsidRDefault="00000000">
            <w:pPr>
              <w:keepLines/>
            </w:pPr>
            <w:r>
              <w:t>The Mortgage Firm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29BD51E7" w14:textId="77777777" w:rsidR="0034232A" w:rsidRDefault="00000000">
            <w:pPr>
              <w:keepLines/>
            </w:pPr>
            <w:r>
              <w:rPr>
                <w:b/>
              </w:rPr>
              <w:t>Cameron Budzius</w:t>
            </w:r>
            <w:r>
              <w:br/>
              <w:t>NMLS ID 1807763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5EFBCA88" w14:textId="77777777" w:rsidR="0034232A" w:rsidRDefault="00000000">
            <w:pPr>
              <w:keepLines/>
            </w:pPr>
            <w:r>
              <w:t>Metairie,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7C95BC69" w14:textId="77777777" w:rsidR="0034232A" w:rsidRDefault="00000000">
            <w:pPr>
              <w:keepLines/>
            </w:pPr>
            <w:r>
              <w:t>(504) 919-9504</w:t>
            </w:r>
            <w:r>
              <w:br/>
              <w:t>cameron.budzius@tmf.mortgage</w:t>
            </w:r>
          </w:p>
        </w:tc>
      </w:tr>
      <w:tr w:rsidR="0034232A" w14:paraId="5AE78264" w14:textId="77777777">
        <w:trPr>
          <w:cantSplit/>
          <w:jc w:val="center"/>
        </w:trPr>
        <w:tc>
          <w:tcPr>
            <w:tcW w:w="3240" w:type="dxa"/>
            <w:shd w:val="clear" w:color="auto" w:fill="00B4BF"/>
            <w:vAlign w:val="center"/>
          </w:tcPr>
          <w:p w14:paraId="5BD19901" w14:textId="77777777" w:rsidR="0034232A" w:rsidRDefault="00000000">
            <w:pPr>
              <w:keepLines/>
            </w:pPr>
            <w:r>
              <w:t>TowneBank Mortgage</w:t>
            </w:r>
          </w:p>
        </w:tc>
        <w:tc>
          <w:tcPr>
            <w:tcW w:w="2952" w:type="dxa"/>
            <w:shd w:val="clear" w:color="auto" w:fill="00B4BF"/>
            <w:vAlign w:val="center"/>
          </w:tcPr>
          <w:p w14:paraId="12E799ED" w14:textId="77777777" w:rsidR="0034232A" w:rsidRDefault="00000000">
            <w:pPr>
              <w:keepLines/>
            </w:pPr>
            <w:r>
              <w:rPr>
                <w:b/>
              </w:rPr>
              <w:t>Jessica Knight</w:t>
            </w:r>
            <w:r>
              <w:br/>
              <w:t>NMLS ID 419450</w:t>
            </w:r>
          </w:p>
        </w:tc>
        <w:tc>
          <w:tcPr>
            <w:tcW w:w="2016" w:type="dxa"/>
            <w:shd w:val="clear" w:color="auto" w:fill="00B4BF"/>
            <w:vAlign w:val="center"/>
          </w:tcPr>
          <w:p w14:paraId="5A08D56A" w14:textId="77777777" w:rsidR="0034232A" w:rsidRDefault="00000000">
            <w:pPr>
              <w:keepLines/>
            </w:pPr>
            <w:r>
              <w:t>Madisonville, LA</w:t>
            </w:r>
          </w:p>
        </w:tc>
        <w:tc>
          <w:tcPr>
            <w:tcW w:w="5832" w:type="dxa"/>
            <w:shd w:val="clear" w:color="auto" w:fill="00B4BF"/>
            <w:vAlign w:val="center"/>
          </w:tcPr>
          <w:p w14:paraId="1FF025D1" w14:textId="77777777" w:rsidR="0034232A" w:rsidRDefault="00000000">
            <w:pPr>
              <w:keepLines/>
            </w:pPr>
            <w:r>
              <w:t>(985) 966-3611</w:t>
            </w:r>
            <w:r>
              <w:br/>
              <w:t>jessica.knight@townebankmortgage.com</w:t>
            </w:r>
          </w:p>
        </w:tc>
      </w:tr>
      <w:tr w:rsidR="0034232A" w14:paraId="4FCA7148" w14:textId="77777777">
        <w:trPr>
          <w:cantSplit/>
          <w:jc w:val="center"/>
        </w:trPr>
        <w:tc>
          <w:tcPr>
            <w:tcW w:w="3240" w:type="dxa"/>
            <w:shd w:val="clear" w:color="auto" w:fill="FFFFFF"/>
            <w:vAlign w:val="center"/>
          </w:tcPr>
          <w:p w14:paraId="7E820A65" w14:textId="77777777" w:rsidR="0034232A" w:rsidRDefault="00000000">
            <w:pPr>
              <w:keepLines/>
            </w:pPr>
            <w:r>
              <w:t>Union Home Mortgage</w:t>
            </w:r>
          </w:p>
        </w:tc>
        <w:tc>
          <w:tcPr>
            <w:tcW w:w="2952" w:type="dxa"/>
            <w:shd w:val="clear" w:color="auto" w:fill="FFFFFF"/>
            <w:vAlign w:val="center"/>
          </w:tcPr>
          <w:p w14:paraId="5DD5BD40" w14:textId="77777777" w:rsidR="0034232A" w:rsidRDefault="00000000">
            <w:pPr>
              <w:keepLines/>
            </w:pPr>
            <w:r>
              <w:rPr>
                <w:b/>
              </w:rPr>
              <w:t>Tyler Helm</w:t>
            </w:r>
            <w:r>
              <w:br/>
              <w:t>NMLS ID 1014616</w:t>
            </w:r>
          </w:p>
        </w:tc>
        <w:tc>
          <w:tcPr>
            <w:tcW w:w="2016" w:type="dxa"/>
            <w:shd w:val="clear" w:color="auto" w:fill="FFFFFF"/>
            <w:vAlign w:val="center"/>
          </w:tcPr>
          <w:p w14:paraId="6BCA2421" w14:textId="77777777" w:rsidR="0034232A" w:rsidRDefault="00000000">
            <w:pPr>
              <w:keepLines/>
            </w:pPr>
            <w:r>
              <w:t>New Orleans, LA</w:t>
            </w:r>
          </w:p>
        </w:tc>
        <w:tc>
          <w:tcPr>
            <w:tcW w:w="5832" w:type="dxa"/>
            <w:shd w:val="clear" w:color="auto" w:fill="FFFFFF"/>
            <w:vAlign w:val="center"/>
          </w:tcPr>
          <w:p w14:paraId="44D8E4B3" w14:textId="77777777" w:rsidR="0034232A" w:rsidRDefault="00000000">
            <w:pPr>
              <w:keepLines/>
            </w:pPr>
            <w:r>
              <w:t>(985) 789-4285</w:t>
            </w:r>
            <w:r>
              <w:br/>
              <w:t>thelm@uhm.com</w:t>
            </w:r>
          </w:p>
        </w:tc>
      </w:tr>
    </w:tbl>
    <w:p w14:paraId="2468B139" w14:textId="77777777" w:rsidR="00DE3171" w:rsidRDefault="00DE3171"/>
    <w:sectPr w:rsidR="00DE317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835" w:right="900" w:bottom="835" w:left="900" w:header="317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E2AB62" w14:textId="77777777" w:rsidR="00DE3171" w:rsidRDefault="00DE3171">
      <w:pPr>
        <w:spacing w:line="240" w:lineRule="auto"/>
      </w:pPr>
      <w:r>
        <w:separator/>
      </w:r>
    </w:p>
  </w:endnote>
  <w:endnote w:type="continuationSeparator" w:id="0">
    <w:p w14:paraId="6EA3D727" w14:textId="77777777" w:rsidR="00DE3171" w:rsidRDefault="00DE3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87D278" w14:textId="77777777" w:rsidR="00B81E64" w:rsidRDefault="00B81E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97FB73" w14:textId="404D8C20" w:rsidR="0034232A" w:rsidRDefault="00B81E64">
    <w:pPr>
      <w:pStyle w:val="Footer"/>
      <w:jc w:val="right"/>
    </w:pPr>
    <w:r>
      <w:rPr>
        <w:sz w:val="20"/>
      </w:rPr>
      <w:t xml:space="preserve">Louisiana Housing Corporation </w:t>
    </w:r>
    <w:r w:rsidR="00000000">
      <w:rPr>
        <w:sz w:val="20"/>
      </w:rPr>
      <w:t xml:space="preserve">Page </w:t>
    </w:r>
    <w:r w:rsidR="00000000">
      <w:rPr>
        <w:sz w:val="20"/>
      </w:rPr>
      <w:fldChar w:fldCharType="begin"/>
    </w:r>
    <w:r w:rsidR="00000000">
      <w:rPr>
        <w:sz w:val="20"/>
      </w:rPr>
      <w:instrText xml:space="preserve"> PAGE </w:instrText>
    </w:r>
    <w:r w:rsidR="00065F28">
      <w:rPr>
        <w:sz w:val="20"/>
      </w:rPr>
      <w:fldChar w:fldCharType="separate"/>
    </w:r>
    <w:r w:rsidR="00065F28">
      <w:rPr>
        <w:noProof/>
        <w:sz w:val="20"/>
      </w:rPr>
      <w:t>1</w:t>
    </w:r>
    <w:r w:rsidR="00000000">
      <w:rPr>
        <w:sz w:val="20"/>
      </w:rPr>
      <w:fldChar w:fldCharType="end"/>
    </w:r>
    <w:r w:rsidR="00000000">
      <w:rPr>
        <w:sz w:val="20"/>
      </w:rPr>
      <w:t xml:space="preserve"> of </w:t>
    </w:r>
    <w:r w:rsidR="00000000">
      <w:rPr>
        <w:sz w:val="20"/>
      </w:rPr>
      <w:fldChar w:fldCharType="begin"/>
    </w:r>
    <w:r w:rsidR="00000000">
      <w:rPr>
        <w:sz w:val="20"/>
      </w:rPr>
      <w:instrText xml:space="preserve"> NUMPAGES </w:instrText>
    </w:r>
    <w:r w:rsidR="00065F28">
      <w:rPr>
        <w:sz w:val="20"/>
      </w:rPr>
      <w:fldChar w:fldCharType="separate"/>
    </w:r>
    <w:r w:rsidR="00065F28">
      <w:rPr>
        <w:noProof/>
        <w:sz w:val="20"/>
      </w:rPr>
      <w:t>2</w:t>
    </w:r>
    <w:r w:rsidR="00000000"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5A69E9" w14:textId="77777777" w:rsidR="00B81E64" w:rsidRDefault="00B81E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F41A08" w14:textId="77777777" w:rsidR="00DE3171" w:rsidRDefault="00DE3171">
      <w:pPr>
        <w:spacing w:line="240" w:lineRule="auto"/>
      </w:pPr>
      <w:r>
        <w:separator/>
      </w:r>
    </w:p>
  </w:footnote>
  <w:footnote w:type="continuationSeparator" w:id="0">
    <w:p w14:paraId="0EAB893A" w14:textId="77777777" w:rsidR="00DE3171" w:rsidRDefault="00DE31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F90E34" w14:textId="77777777" w:rsidR="00B81E64" w:rsidRDefault="00B81E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D330B4" w14:textId="77777777" w:rsidR="00B81E64" w:rsidRDefault="00B81E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0126F6" w14:textId="77777777" w:rsidR="00B81E64" w:rsidRDefault="00B81E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4740480">
    <w:abstractNumId w:val="8"/>
  </w:num>
  <w:num w:numId="2" w16cid:durableId="869536112">
    <w:abstractNumId w:val="6"/>
  </w:num>
  <w:num w:numId="3" w16cid:durableId="176584296">
    <w:abstractNumId w:val="5"/>
  </w:num>
  <w:num w:numId="4" w16cid:durableId="139230825">
    <w:abstractNumId w:val="4"/>
  </w:num>
  <w:num w:numId="5" w16cid:durableId="1698652070">
    <w:abstractNumId w:val="7"/>
  </w:num>
  <w:num w:numId="6" w16cid:durableId="1890804902">
    <w:abstractNumId w:val="3"/>
  </w:num>
  <w:num w:numId="7" w16cid:durableId="644360637">
    <w:abstractNumId w:val="2"/>
  </w:num>
  <w:num w:numId="8" w16cid:durableId="702246768">
    <w:abstractNumId w:val="1"/>
  </w:num>
  <w:num w:numId="9" w16cid:durableId="9989249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F28"/>
    <w:rsid w:val="00120203"/>
    <w:rsid w:val="0015074B"/>
    <w:rsid w:val="0029639D"/>
    <w:rsid w:val="00326F90"/>
    <w:rsid w:val="0034232A"/>
    <w:rsid w:val="009A3583"/>
    <w:rsid w:val="009E2DA1"/>
    <w:rsid w:val="00AA1D8D"/>
    <w:rsid w:val="00B47730"/>
    <w:rsid w:val="00B81E64"/>
    <w:rsid w:val="00CB0664"/>
    <w:rsid w:val="00DE31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2DDC90"/>
  <w14:defaultImageDpi w14:val="300"/>
  <w15:docId w15:val="{50DA8762-6814-6740-827B-6CF3A62F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color w:val="25374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2722</Words>
  <Characters>18767</Characters>
  <Application>Microsoft Office Word</Application>
  <DocSecurity>0</DocSecurity>
  <Lines>1244</Lines>
  <Paragraphs>782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Home Starts Here Program Loan Officer Directory</vt:lpstr>
    </vt:vector>
  </TitlesOfParts>
  <Manager/>
  <Company>eHousingPlus</Company>
  <LinksUpToDate>false</LinksUpToDate>
  <CharactersWithSpaces>20707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Denihan</dc:creator>
  <cp:keywords/>
  <dc:description/>
  <cp:lastModifiedBy>Sue Denihan</cp:lastModifiedBy>
  <cp:revision>5</cp:revision>
  <dcterms:created xsi:type="dcterms:W3CDTF">2026-09-28T22:06:00Z</dcterms:created>
  <dcterms:modified xsi:type="dcterms:W3CDTF">2026-09-28T22:07:00Z</dcterms:modified>
  <cp:category/>
</cp:coreProperties>
</file>